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27E52" w14:textId="0DB98B2A" w:rsidR="001D5D6F" w:rsidRPr="00397F27" w:rsidRDefault="00397F27" w:rsidP="00397F27">
      <w:pPr>
        <w:jc w:val="center"/>
        <w:rPr>
          <w:sz w:val="72"/>
          <w:szCs w:val="72"/>
        </w:rPr>
      </w:pPr>
      <w:r>
        <w:rPr>
          <w:b/>
          <w:noProof/>
          <w:sz w:val="54"/>
        </w:rPr>
        <w:drawing>
          <wp:inline distT="0" distB="0" distL="0" distR="0" wp14:anchorId="75C8F10C" wp14:editId="4BD38C48">
            <wp:extent cx="4229100" cy="2114550"/>
            <wp:effectExtent l="0" t="0" r="0" b="0"/>
            <wp:docPr id="1618001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001150" name="Picture 1618001150"/>
                    <pic:cNvPicPr/>
                  </pic:nvPicPr>
                  <pic:blipFill>
                    <a:blip r:embed="rId8"/>
                    <a:stretch>
                      <a:fillRect/>
                    </a:stretch>
                  </pic:blipFill>
                  <pic:spPr>
                    <a:xfrm>
                      <a:off x="0" y="0"/>
                      <a:ext cx="4231591" cy="2115796"/>
                    </a:xfrm>
                    <a:prstGeom prst="rect">
                      <a:avLst/>
                    </a:prstGeom>
                  </pic:spPr>
                </pic:pic>
              </a:graphicData>
            </a:graphic>
          </wp:inline>
        </w:drawing>
      </w:r>
      <w:r>
        <w:rPr>
          <w:b/>
          <w:sz w:val="54"/>
        </w:rPr>
        <w:br/>
      </w:r>
      <w:r w:rsidR="00000000" w:rsidRPr="00397F27">
        <w:rPr>
          <w:b/>
          <w:sz w:val="72"/>
          <w:szCs w:val="72"/>
        </w:rPr>
        <w:t>SG AUTHORITY AUDIT</w:t>
      </w:r>
    </w:p>
    <w:p w14:paraId="4085020E" w14:textId="77777777" w:rsidR="001D5D6F" w:rsidRPr="00397F27" w:rsidRDefault="00000000" w:rsidP="00397F27">
      <w:pPr>
        <w:jc w:val="center"/>
        <w:rPr>
          <w:i/>
          <w:iCs/>
          <w:sz w:val="44"/>
          <w:szCs w:val="44"/>
        </w:rPr>
      </w:pPr>
      <w:r w:rsidRPr="00397F27">
        <w:rPr>
          <w:b/>
          <w:i/>
          <w:iCs/>
          <w:sz w:val="44"/>
          <w:szCs w:val="44"/>
        </w:rPr>
        <w:t>What Is Your SG Actually Authorized to Do?</w:t>
      </w:r>
    </w:p>
    <w:p w14:paraId="49ACAD00" w14:textId="77777777" w:rsidR="001D5D6F" w:rsidRPr="00397F27" w:rsidRDefault="00000000" w:rsidP="00397F27">
      <w:pPr>
        <w:spacing w:before="240"/>
        <w:rPr>
          <w:sz w:val="24"/>
          <w:szCs w:val="24"/>
        </w:rPr>
      </w:pPr>
      <w:r w:rsidRPr="00397F27">
        <w:rPr>
          <w:sz w:val="24"/>
          <w:szCs w:val="24"/>
        </w:rPr>
        <w:t>Student Governments often assume they have authority because they've always done something, because an administrator told them they could do it, or because another SG does it.</w:t>
      </w:r>
    </w:p>
    <w:p w14:paraId="0075B1A5" w14:textId="77777777" w:rsidR="001D5D6F" w:rsidRPr="00397F27" w:rsidRDefault="00000000" w:rsidP="00397F27">
      <w:pPr>
        <w:spacing w:before="240"/>
        <w:rPr>
          <w:sz w:val="24"/>
          <w:szCs w:val="24"/>
        </w:rPr>
      </w:pPr>
      <w:r w:rsidRPr="00397F27">
        <w:rPr>
          <w:sz w:val="24"/>
          <w:szCs w:val="24"/>
        </w:rPr>
        <w:t>Those aren't necessarily proof.</w:t>
      </w:r>
    </w:p>
    <w:p w14:paraId="3E2CB5D9" w14:textId="77777777" w:rsidR="001D5D6F" w:rsidRPr="00397F27" w:rsidRDefault="00000000" w:rsidP="00397F27">
      <w:pPr>
        <w:spacing w:before="240"/>
        <w:rPr>
          <w:sz w:val="24"/>
          <w:szCs w:val="24"/>
        </w:rPr>
      </w:pPr>
      <w:r w:rsidRPr="00397F27">
        <w:rPr>
          <w:sz w:val="24"/>
          <w:szCs w:val="24"/>
        </w:rPr>
        <w:t xml:space="preserve">This audit helps you figure out where your SG's authority comes from, what your SG is </w:t>
      </w:r>
      <w:proofErr w:type="gramStart"/>
      <w:r w:rsidRPr="00397F27">
        <w:rPr>
          <w:sz w:val="24"/>
          <w:szCs w:val="24"/>
        </w:rPr>
        <w:t>actually allowed</w:t>
      </w:r>
      <w:proofErr w:type="gramEnd"/>
      <w:r w:rsidRPr="00397F27">
        <w:rPr>
          <w:sz w:val="24"/>
          <w:szCs w:val="24"/>
        </w:rPr>
        <w:t xml:space="preserve"> to do, and whether your authority is advisory or final.</w:t>
      </w:r>
    </w:p>
    <w:p w14:paraId="5449146F" w14:textId="77777777" w:rsidR="001D5D6F" w:rsidRPr="00397F27" w:rsidRDefault="00000000" w:rsidP="00397F27">
      <w:pPr>
        <w:spacing w:before="240"/>
        <w:rPr>
          <w:sz w:val="24"/>
          <w:szCs w:val="24"/>
        </w:rPr>
      </w:pPr>
      <w:r w:rsidRPr="00397F27">
        <w:rPr>
          <w:sz w:val="24"/>
          <w:szCs w:val="24"/>
        </w:rPr>
        <w:t>Don't answer based on what you think your SG can do.</w:t>
      </w:r>
    </w:p>
    <w:p w14:paraId="12A1BA06" w14:textId="77777777" w:rsidR="001D5D6F" w:rsidRPr="00397F27" w:rsidRDefault="00000000" w:rsidP="00397F27">
      <w:pPr>
        <w:spacing w:before="240"/>
        <w:rPr>
          <w:sz w:val="24"/>
          <w:szCs w:val="24"/>
        </w:rPr>
      </w:pPr>
      <w:r w:rsidRPr="00397F27">
        <w:rPr>
          <w:b/>
          <w:sz w:val="24"/>
          <w:szCs w:val="24"/>
        </w:rPr>
        <w:t>Find the document, policy, law, resolution, or rule that says you can.</w:t>
      </w:r>
    </w:p>
    <w:p w14:paraId="616A2788" w14:textId="0FECC095" w:rsidR="001D5D6F" w:rsidRPr="00397F27" w:rsidRDefault="00000000" w:rsidP="00397F27">
      <w:pPr>
        <w:pStyle w:val="Heading1"/>
        <w:spacing w:before="240"/>
        <w:rPr>
          <w:sz w:val="56"/>
          <w:szCs w:val="56"/>
        </w:rPr>
      </w:pPr>
      <w:r w:rsidRPr="00397F27">
        <w:rPr>
          <w:sz w:val="56"/>
          <w:szCs w:val="56"/>
        </w:rPr>
        <w:t>PART 1: WHERE DOES YOUR AUTHORITY COME FROM?</w:t>
      </w:r>
      <w:r w:rsidR="00397F27">
        <w:rPr>
          <w:sz w:val="56"/>
          <w:szCs w:val="56"/>
        </w:rPr>
        <w:br/>
      </w:r>
    </w:p>
    <w:p w14:paraId="407B84D1" w14:textId="77777777" w:rsidR="001D5D6F" w:rsidRPr="00397F27" w:rsidRDefault="00000000" w:rsidP="00397F27">
      <w:pPr>
        <w:pStyle w:val="Heading1"/>
        <w:spacing w:before="240"/>
        <w:rPr>
          <w:sz w:val="52"/>
          <w:szCs w:val="52"/>
        </w:rPr>
      </w:pPr>
      <w:r w:rsidRPr="00397F27">
        <w:rPr>
          <w:sz w:val="52"/>
          <w:szCs w:val="52"/>
        </w:rPr>
        <w:t>STATE LAW</w:t>
      </w:r>
    </w:p>
    <w:p w14:paraId="5DA31BCB" w14:textId="77777777" w:rsidR="001D5D6F" w:rsidRPr="00397F27" w:rsidRDefault="00000000" w:rsidP="00397F27">
      <w:pPr>
        <w:spacing w:before="240"/>
        <w:rPr>
          <w:sz w:val="24"/>
          <w:szCs w:val="24"/>
        </w:rPr>
      </w:pPr>
      <w:r w:rsidRPr="00397F27">
        <w:rPr>
          <w:sz w:val="24"/>
          <w:szCs w:val="24"/>
        </w:rPr>
        <w:t xml:space="preserve">Does state law give your SG specific authority or </w:t>
      </w:r>
      <w:proofErr w:type="gramStart"/>
      <w:r w:rsidRPr="00397F27">
        <w:rPr>
          <w:sz w:val="24"/>
          <w:szCs w:val="24"/>
        </w:rPr>
        <w:t>responsibilities</w:t>
      </w:r>
      <w:proofErr w:type="gramEnd"/>
      <w:r w:rsidRPr="00397F27">
        <w:rPr>
          <w:sz w:val="24"/>
          <w:szCs w:val="24"/>
        </w:rPr>
        <w:t>?</w:t>
      </w:r>
    </w:p>
    <w:p w14:paraId="556E1ABA" w14:textId="77777777" w:rsidR="001D5D6F" w:rsidRPr="00397F27" w:rsidRDefault="00000000" w:rsidP="00397F27">
      <w:pPr>
        <w:spacing w:before="240"/>
        <w:rPr>
          <w:sz w:val="24"/>
          <w:szCs w:val="24"/>
        </w:rPr>
      </w:pPr>
      <w:r w:rsidRPr="00397F27">
        <w:rPr>
          <w:sz w:val="24"/>
          <w:szCs w:val="24"/>
        </w:rPr>
        <w:t>YES / NO / NOT SURE</w:t>
      </w:r>
    </w:p>
    <w:p w14:paraId="7C04458E" w14:textId="77777777" w:rsidR="001D5D6F" w:rsidRPr="00397F27" w:rsidRDefault="00000000" w:rsidP="00397F27">
      <w:pPr>
        <w:spacing w:before="240"/>
        <w:rPr>
          <w:sz w:val="24"/>
          <w:szCs w:val="24"/>
        </w:rPr>
      </w:pPr>
      <w:r w:rsidRPr="00397F27">
        <w:rPr>
          <w:sz w:val="24"/>
          <w:szCs w:val="24"/>
        </w:rPr>
        <w:lastRenderedPageBreak/>
        <w:t>If yes, what law or regulation?</w:t>
      </w:r>
    </w:p>
    <w:p w14:paraId="4AED5FAE" w14:textId="77777777" w:rsidR="001D5D6F" w:rsidRPr="00397F27" w:rsidRDefault="00000000" w:rsidP="00397F27">
      <w:pPr>
        <w:spacing w:before="240"/>
        <w:rPr>
          <w:sz w:val="24"/>
          <w:szCs w:val="24"/>
        </w:rPr>
      </w:pPr>
      <w:r w:rsidRPr="00397F27">
        <w:rPr>
          <w:sz w:val="24"/>
          <w:szCs w:val="24"/>
        </w:rPr>
        <w:t>Citation or link: ______________________________________________</w:t>
      </w:r>
    </w:p>
    <w:p w14:paraId="0F7C833C" w14:textId="77777777" w:rsidR="001D5D6F" w:rsidRPr="00397F27" w:rsidRDefault="00000000" w:rsidP="00397F27">
      <w:pPr>
        <w:spacing w:before="240"/>
        <w:rPr>
          <w:sz w:val="24"/>
          <w:szCs w:val="24"/>
        </w:rPr>
      </w:pPr>
      <w:r w:rsidRPr="00397F27">
        <w:rPr>
          <w:sz w:val="24"/>
          <w:szCs w:val="24"/>
        </w:rPr>
        <w:t xml:space="preserve">What does it </w:t>
      </w:r>
      <w:proofErr w:type="gramStart"/>
      <w:r w:rsidRPr="00397F27">
        <w:rPr>
          <w:sz w:val="24"/>
          <w:szCs w:val="24"/>
        </w:rPr>
        <w:t>actually give</w:t>
      </w:r>
      <w:proofErr w:type="gramEnd"/>
      <w:r w:rsidRPr="00397F27">
        <w:rPr>
          <w:sz w:val="24"/>
          <w:szCs w:val="24"/>
        </w:rPr>
        <w:t xml:space="preserve"> your SG authority to do?</w:t>
      </w:r>
    </w:p>
    <w:p w14:paraId="36C3534A" w14:textId="77777777" w:rsidR="001D5D6F" w:rsidRPr="00397F27" w:rsidRDefault="00000000" w:rsidP="00397F27">
      <w:pPr>
        <w:spacing w:before="240"/>
        <w:rPr>
          <w:sz w:val="24"/>
          <w:szCs w:val="24"/>
        </w:rPr>
      </w:pPr>
      <w:r w:rsidRPr="00397F27">
        <w:rPr>
          <w:sz w:val="24"/>
          <w:szCs w:val="24"/>
        </w:rPr>
        <w:t>____________________________________________________________</w:t>
      </w:r>
    </w:p>
    <w:p w14:paraId="7E5F0416" w14:textId="77777777" w:rsidR="001D5D6F" w:rsidRPr="00397F27" w:rsidRDefault="00000000" w:rsidP="00397F27">
      <w:pPr>
        <w:spacing w:before="240"/>
        <w:rPr>
          <w:sz w:val="24"/>
          <w:szCs w:val="24"/>
        </w:rPr>
      </w:pPr>
      <w:r w:rsidRPr="00397F27">
        <w:rPr>
          <w:sz w:val="24"/>
          <w:szCs w:val="24"/>
        </w:rPr>
        <w:t>Who does the law apply to?</w:t>
      </w:r>
    </w:p>
    <w:p w14:paraId="1E2CC7C4" w14:textId="77777777" w:rsidR="001D5D6F" w:rsidRPr="00397F27" w:rsidRDefault="00000000" w:rsidP="00397F27">
      <w:pPr>
        <w:spacing w:before="240"/>
        <w:rPr>
          <w:sz w:val="24"/>
          <w:szCs w:val="24"/>
        </w:rPr>
      </w:pPr>
      <w:r w:rsidRPr="00397F27">
        <w:rPr>
          <w:sz w:val="24"/>
          <w:szCs w:val="24"/>
        </w:rPr>
        <w:t>____________________________________________________________</w:t>
      </w:r>
    </w:p>
    <w:p w14:paraId="36F862C6" w14:textId="77777777" w:rsidR="001D5D6F" w:rsidRPr="00397F27" w:rsidRDefault="00000000" w:rsidP="00397F27">
      <w:pPr>
        <w:pStyle w:val="Heading1"/>
        <w:spacing w:before="240"/>
        <w:rPr>
          <w:sz w:val="56"/>
          <w:szCs w:val="56"/>
        </w:rPr>
      </w:pPr>
      <w:r w:rsidRPr="00397F27">
        <w:rPr>
          <w:sz w:val="56"/>
          <w:szCs w:val="56"/>
        </w:rPr>
        <w:t>INSTITUTIONAL POLICY</w:t>
      </w:r>
    </w:p>
    <w:p w14:paraId="71F22516" w14:textId="77777777" w:rsidR="001D5D6F" w:rsidRPr="00397F27" w:rsidRDefault="00000000" w:rsidP="00397F27">
      <w:pPr>
        <w:spacing w:before="240"/>
        <w:rPr>
          <w:sz w:val="24"/>
          <w:szCs w:val="24"/>
        </w:rPr>
      </w:pPr>
      <w:r w:rsidRPr="00397F27">
        <w:rPr>
          <w:sz w:val="24"/>
          <w:szCs w:val="24"/>
        </w:rPr>
        <w:t xml:space="preserve">Does your university or college give your SG authority through </w:t>
      </w:r>
      <w:proofErr w:type="gramStart"/>
      <w:r w:rsidRPr="00397F27">
        <w:rPr>
          <w:sz w:val="24"/>
          <w:szCs w:val="24"/>
        </w:rPr>
        <w:t>an institutional</w:t>
      </w:r>
      <w:proofErr w:type="gramEnd"/>
      <w:r w:rsidRPr="00397F27">
        <w:rPr>
          <w:sz w:val="24"/>
          <w:szCs w:val="24"/>
        </w:rPr>
        <w:t xml:space="preserve"> policy, rule, handbook, board policy, or other governing document?</w:t>
      </w:r>
    </w:p>
    <w:p w14:paraId="7185B10E" w14:textId="77777777" w:rsidR="001D5D6F" w:rsidRPr="00397F27" w:rsidRDefault="00000000" w:rsidP="00397F27">
      <w:pPr>
        <w:spacing w:before="240"/>
        <w:rPr>
          <w:sz w:val="24"/>
          <w:szCs w:val="24"/>
        </w:rPr>
      </w:pPr>
      <w:r w:rsidRPr="00397F27">
        <w:rPr>
          <w:sz w:val="24"/>
          <w:szCs w:val="24"/>
        </w:rPr>
        <w:t>YES / NO / NOT SURE</w:t>
      </w:r>
    </w:p>
    <w:p w14:paraId="30E64DDD" w14:textId="77777777" w:rsidR="001D5D6F" w:rsidRPr="00397F27" w:rsidRDefault="00000000" w:rsidP="00397F27">
      <w:pPr>
        <w:spacing w:before="240"/>
        <w:rPr>
          <w:sz w:val="24"/>
          <w:szCs w:val="24"/>
        </w:rPr>
      </w:pPr>
      <w:r w:rsidRPr="00397F27">
        <w:rPr>
          <w:sz w:val="24"/>
          <w:szCs w:val="24"/>
        </w:rPr>
        <w:t>Document: _________________________________________________</w:t>
      </w:r>
    </w:p>
    <w:p w14:paraId="0E45E0CB" w14:textId="77777777" w:rsidR="001D5D6F" w:rsidRPr="00397F27" w:rsidRDefault="00000000" w:rsidP="00397F27">
      <w:pPr>
        <w:spacing w:before="240"/>
        <w:rPr>
          <w:sz w:val="24"/>
          <w:szCs w:val="24"/>
        </w:rPr>
      </w:pPr>
      <w:r w:rsidRPr="00397F27">
        <w:rPr>
          <w:sz w:val="24"/>
          <w:szCs w:val="24"/>
        </w:rPr>
        <w:t>What does it authorize your SG to do?</w:t>
      </w:r>
    </w:p>
    <w:p w14:paraId="29CD867E" w14:textId="77777777" w:rsidR="001D5D6F" w:rsidRPr="00397F27" w:rsidRDefault="00000000" w:rsidP="00397F27">
      <w:pPr>
        <w:spacing w:before="240"/>
        <w:rPr>
          <w:sz w:val="24"/>
          <w:szCs w:val="24"/>
        </w:rPr>
      </w:pPr>
      <w:r w:rsidRPr="00397F27">
        <w:rPr>
          <w:sz w:val="24"/>
          <w:szCs w:val="24"/>
        </w:rPr>
        <w:t>____________________________________________________________</w:t>
      </w:r>
    </w:p>
    <w:p w14:paraId="4CAD52D5" w14:textId="77777777" w:rsidR="001D5D6F" w:rsidRPr="00397F27" w:rsidRDefault="00000000" w:rsidP="00397F27">
      <w:pPr>
        <w:pStyle w:val="Heading1"/>
        <w:spacing w:before="240"/>
        <w:rPr>
          <w:sz w:val="56"/>
          <w:szCs w:val="56"/>
        </w:rPr>
      </w:pPr>
      <w:r w:rsidRPr="00397F27">
        <w:rPr>
          <w:sz w:val="56"/>
          <w:szCs w:val="56"/>
        </w:rPr>
        <w:t>SG CONSTITUTION OR BYLAWS</w:t>
      </w:r>
    </w:p>
    <w:p w14:paraId="304FA506" w14:textId="77777777" w:rsidR="001D5D6F" w:rsidRPr="00397F27" w:rsidRDefault="00000000" w:rsidP="00397F27">
      <w:pPr>
        <w:spacing w:before="240"/>
        <w:rPr>
          <w:sz w:val="24"/>
          <w:szCs w:val="24"/>
        </w:rPr>
      </w:pPr>
      <w:proofErr w:type="gramStart"/>
      <w:r w:rsidRPr="00397F27">
        <w:rPr>
          <w:sz w:val="24"/>
          <w:szCs w:val="24"/>
        </w:rPr>
        <w:t>Does</w:t>
      </w:r>
      <w:proofErr w:type="gramEnd"/>
      <w:r w:rsidRPr="00397F27">
        <w:rPr>
          <w:sz w:val="24"/>
          <w:szCs w:val="24"/>
        </w:rPr>
        <w:t xml:space="preserve"> your own constitution or bylaws establish authority for your SG?</w:t>
      </w:r>
    </w:p>
    <w:p w14:paraId="7A7AA361" w14:textId="77777777" w:rsidR="001D5D6F" w:rsidRPr="00397F27" w:rsidRDefault="00000000" w:rsidP="00397F27">
      <w:pPr>
        <w:spacing w:before="240"/>
        <w:rPr>
          <w:sz w:val="24"/>
          <w:szCs w:val="24"/>
        </w:rPr>
      </w:pPr>
      <w:r w:rsidRPr="00397F27">
        <w:rPr>
          <w:sz w:val="24"/>
          <w:szCs w:val="24"/>
        </w:rPr>
        <w:t>YES / NO / NOT SURE</w:t>
      </w:r>
    </w:p>
    <w:p w14:paraId="4DDAB606" w14:textId="77777777" w:rsidR="001D5D6F" w:rsidRPr="00397F27" w:rsidRDefault="00000000" w:rsidP="00397F27">
      <w:pPr>
        <w:spacing w:before="240"/>
        <w:rPr>
          <w:sz w:val="24"/>
          <w:szCs w:val="24"/>
        </w:rPr>
      </w:pPr>
      <w:r w:rsidRPr="00397F27">
        <w:rPr>
          <w:sz w:val="24"/>
          <w:szCs w:val="24"/>
        </w:rPr>
        <w:t>Section: __________________________________________________</w:t>
      </w:r>
    </w:p>
    <w:p w14:paraId="5A85F2B3" w14:textId="77777777" w:rsidR="001D5D6F" w:rsidRPr="00397F27" w:rsidRDefault="00000000" w:rsidP="00397F27">
      <w:pPr>
        <w:spacing w:before="240"/>
        <w:rPr>
          <w:sz w:val="24"/>
          <w:szCs w:val="24"/>
        </w:rPr>
      </w:pPr>
      <w:r w:rsidRPr="00397F27">
        <w:rPr>
          <w:sz w:val="24"/>
          <w:szCs w:val="24"/>
        </w:rPr>
        <w:t>What authority does it describe?</w:t>
      </w:r>
    </w:p>
    <w:p w14:paraId="5FBC93CB" w14:textId="77777777" w:rsidR="001D5D6F" w:rsidRPr="00397F27" w:rsidRDefault="00000000" w:rsidP="00397F27">
      <w:pPr>
        <w:spacing w:before="240"/>
        <w:rPr>
          <w:sz w:val="24"/>
          <w:szCs w:val="24"/>
        </w:rPr>
      </w:pPr>
      <w:r w:rsidRPr="00397F27">
        <w:rPr>
          <w:sz w:val="24"/>
          <w:szCs w:val="24"/>
        </w:rPr>
        <w:t>____________________________________________________________</w:t>
      </w:r>
    </w:p>
    <w:p w14:paraId="607EB99F" w14:textId="77777777" w:rsidR="001D5D6F" w:rsidRPr="00397F27" w:rsidRDefault="00000000" w:rsidP="00397F27">
      <w:pPr>
        <w:spacing w:before="240"/>
        <w:rPr>
          <w:sz w:val="24"/>
          <w:szCs w:val="24"/>
        </w:rPr>
      </w:pPr>
      <w:r w:rsidRPr="00397F27">
        <w:rPr>
          <w:sz w:val="24"/>
          <w:szCs w:val="24"/>
        </w:rPr>
        <w:t>One caution: Your constitution can say what the SG is supposed to do. That doesn't necessarily mean the institution has given the SG final authority to do it. Check the underlying institutional authority too.</w:t>
      </w:r>
    </w:p>
    <w:p w14:paraId="78A3F1A8" w14:textId="77777777" w:rsidR="001D5D6F" w:rsidRPr="00397F27" w:rsidRDefault="00000000" w:rsidP="00397F27">
      <w:pPr>
        <w:pStyle w:val="Heading1"/>
        <w:spacing w:before="240"/>
        <w:rPr>
          <w:sz w:val="56"/>
          <w:szCs w:val="56"/>
        </w:rPr>
      </w:pPr>
      <w:r w:rsidRPr="00397F27">
        <w:rPr>
          <w:sz w:val="56"/>
          <w:szCs w:val="56"/>
        </w:rPr>
        <w:lastRenderedPageBreak/>
        <w:t>PART 2: WHAT AUTHORITY DOES YOUR SG HAVE?</w:t>
      </w:r>
    </w:p>
    <w:p w14:paraId="447AC59F" w14:textId="39032BCD" w:rsidR="001D5D6F" w:rsidRPr="00397F27" w:rsidRDefault="00397F27" w:rsidP="00397F27">
      <w:pPr>
        <w:pStyle w:val="Heading1"/>
        <w:spacing w:before="240"/>
        <w:rPr>
          <w:sz w:val="52"/>
          <w:szCs w:val="52"/>
        </w:rPr>
      </w:pPr>
      <w:r>
        <w:rPr>
          <w:sz w:val="52"/>
          <w:szCs w:val="52"/>
        </w:rPr>
        <w:br/>
      </w:r>
      <w:r w:rsidR="00000000" w:rsidRPr="00397F27">
        <w:rPr>
          <w:sz w:val="52"/>
          <w:szCs w:val="52"/>
        </w:rPr>
        <w:t>STUDENT FEES AND MONEY</w:t>
      </w:r>
    </w:p>
    <w:p w14:paraId="34FC4DE3" w14:textId="77777777" w:rsidR="001D5D6F" w:rsidRPr="00397F27" w:rsidRDefault="00000000" w:rsidP="00397F27">
      <w:pPr>
        <w:spacing w:before="240"/>
        <w:rPr>
          <w:sz w:val="24"/>
          <w:szCs w:val="24"/>
        </w:rPr>
      </w:pPr>
      <w:r w:rsidRPr="00397F27">
        <w:rPr>
          <w:sz w:val="24"/>
          <w:szCs w:val="24"/>
        </w:rPr>
        <w:t>Does your SG:</w:t>
      </w:r>
    </w:p>
    <w:p w14:paraId="4E44D13C" w14:textId="77777777" w:rsidR="001D5D6F" w:rsidRPr="00397F27" w:rsidRDefault="00000000" w:rsidP="00397F27">
      <w:pPr>
        <w:pStyle w:val="ListBullet"/>
        <w:spacing w:before="240" w:after="40"/>
        <w:rPr>
          <w:sz w:val="24"/>
          <w:szCs w:val="24"/>
        </w:rPr>
      </w:pPr>
      <w:r w:rsidRPr="00397F27">
        <w:rPr>
          <w:sz w:val="24"/>
          <w:szCs w:val="24"/>
        </w:rPr>
        <w:t>receive a budget?</w:t>
      </w:r>
    </w:p>
    <w:p w14:paraId="411BC77C" w14:textId="77777777" w:rsidR="001D5D6F" w:rsidRPr="00397F27" w:rsidRDefault="00000000" w:rsidP="00397F27">
      <w:pPr>
        <w:pStyle w:val="ListBullet"/>
        <w:spacing w:before="240" w:after="40"/>
        <w:rPr>
          <w:sz w:val="24"/>
          <w:szCs w:val="24"/>
        </w:rPr>
      </w:pPr>
      <w:r w:rsidRPr="00397F27">
        <w:rPr>
          <w:sz w:val="24"/>
          <w:szCs w:val="24"/>
        </w:rPr>
        <w:t>recommend how student fees are spent?</w:t>
      </w:r>
    </w:p>
    <w:p w14:paraId="61C0ADF8" w14:textId="77777777" w:rsidR="001D5D6F" w:rsidRPr="00397F27" w:rsidRDefault="00000000" w:rsidP="00397F27">
      <w:pPr>
        <w:pStyle w:val="ListBullet"/>
        <w:spacing w:before="240" w:after="40"/>
        <w:rPr>
          <w:sz w:val="24"/>
          <w:szCs w:val="24"/>
        </w:rPr>
      </w:pPr>
      <w:r w:rsidRPr="00397F27">
        <w:rPr>
          <w:sz w:val="24"/>
          <w:szCs w:val="24"/>
        </w:rPr>
        <w:t>allocate student activity fees?</w:t>
      </w:r>
    </w:p>
    <w:p w14:paraId="37DEFFB3" w14:textId="77777777" w:rsidR="001D5D6F" w:rsidRPr="00397F27" w:rsidRDefault="00000000" w:rsidP="00397F27">
      <w:pPr>
        <w:pStyle w:val="ListBullet"/>
        <w:spacing w:before="240" w:after="40"/>
        <w:rPr>
          <w:sz w:val="24"/>
          <w:szCs w:val="24"/>
        </w:rPr>
      </w:pPr>
      <w:proofErr w:type="gramStart"/>
      <w:r w:rsidRPr="00397F27">
        <w:rPr>
          <w:sz w:val="24"/>
          <w:szCs w:val="24"/>
        </w:rPr>
        <w:t>make</w:t>
      </w:r>
      <w:proofErr w:type="gramEnd"/>
      <w:r w:rsidRPr="00397F27">
        <w:rPr>
          <w:sz w:val="24"/>
          <w:szCs w:val="24"/>
        </w:rPr>
        <w:t xml:space="preserve"> final funding decisions?</w:t>
      </w:r>
    </w:p>
    <w:p w14:paraId="0104527E" w14:textId="77777777" w:rsidR="001D5D6F" w:rsidRPr="00397F27" w:rsidRDefault="00000000" w:rsidP="00397F27">
      <w:pPr>
        <w:pStyle w:val="ListBullet"/>
        <w:spacing w:before="240" w:after="40"/>
        <w:rPr>
          <w:sz w:val="24"/>
          <w:szCs w:val="24"/>
        </w:rPr>
      </w:pPr>
      <w:r w:rsidRPr="00397F27">
        <w:rPr>
          <w:sz w:val="24"/>
          <w:szCs w:val="24"/>
        </w:rPr>
        <w:t>fund student organizations?</w:t>
      </w:r>
    </w:p>
    <w:p w14:paraId="1DDD64CC" w14:textId="77777777" w:rsidR="001D5D6F" w:rsidRPr="00397F27" w:rsidRDefault="00000000" w:rsidP="00397F27">
      <w:pPr>
        <w:pStyle w:val="ListBullet"/>
        <w:spacing w:before="240" w:after="40"/>
        <w:rPr>
          <w:sz w:val="24"/>
          <w:szCs w:val="24"/>
        </w:rPr>
      </w:pPr>
      <w:r w:rsidRPr="00397F27">
        <w:rPr>
          <w:sz w:val="24"/>
          <w:szCs w:val="24"/>
        </w:rPr>
        <w:t>control reserves?</w:t>
      </w:r>
    </w:p>
    <w:p w14:paraId="5170A25A" w14:textId="77777777" w:rsidR="001D5D6F" w:rsidRPr="00397F27" w:rsidRDefault="00000000" w:rsidP="00397F27">
      <w:pPr>
        <w:pStyle w:val="ListBullet"/>
        <w:spacing w:before="240" w:after="40"/>
        <w:rPr>
          <w:sz w:val="24"/>
          <w:szCs w:val="24"/>
        </w:rPr>
      </w:pPr>
      <w:r w:rsidRPr="00397F27">
        <w:rPr>
          <w:sz w:val="24"/>
          <w:szCs w:val="24"/>
        </w:rPr>
        <w:t>administer student grants?</w:t>
      </w:r>
    </w:p>
    <w:p w14:paraId="69113D88" w14:textId="77777777" w:rsidR="001D5D6F" w:rsidRPr="00397F27" w:rsidRDefault="00000000" w:rsidP="00397F27">
      <w:pPr>
        <w:pStyle w:val="ListBullet"/>
        <w:spacing w:before="240" w:after="40"/>
        <w:rPr>
          <w:sz w:val="24"/>
          <w:szCs w:val="24"/>
        </w:rPr>
      </w:pPr>
      <w:r w:rsidRPr="00397F27">
        <w:rPr>
          <w:sz w:val="24"/>
          <w:szCs w:val="24"/>
        </w:rPr>
        <w:t>have authority that the institution can't simply take away?</w:t>
      </w:r>
    </w:p>
    <w:p w14:paraId="5572830A" w14:textId="77777777" w:rsidR="001D5D6F" w:rsidRPr="00397F27" w:rsidRDefault="00000000" w:rsidP="00397F27">
      <w:pPr>
        <w:spacing w:before="240"/>
        <w:rPr>
          <w:sz w:val="24"/>
          <w:szCs w:val="24"/>
        </w:rPr>
      </w:pPr>
      <w:r w:rsidRPr="00397F27">
        <w:rPr>
          <w:sz w:val="24"/>
          <w:szCs w:val="24"/>
        </w:rPr>
        <w:t>Who has the final say over student-fee decisions?</w:t>
      </w:r>
    </w:p>
    <w:p w14:paraId="251A0168" w14:textId="77777777" w:rsidR="001D5D6F" w:rsidRPr="00397F27" w:rsidRDefault="00000000" w:rsidP="00397F27">
      <w:pPr>
        <w:spacing w:before="240"/>
        <w:rPr>
          <w:sz w:val="24"/>
          <w:szCs w:val="24"/>
        </w:rPr>
      </w:pPr>
      <w:r w:rsidRPr="00397F27">
        <w:rPr>
          <w:sz w:val="24"/>
          <w:szCs w:val="24"/>
        </w:rPr>
        <w:t>SG: ☐    Administrator: ☐    Board: ☐    Other: __________________</w:t>
      </w:r>
    </w:p>
    <w:p w14:paraId="71B4C666" w14:textId="77777777" w:rsidR="001D5D6F" w:rsidRPr="00397F27" w:rsidRDefault="00000000" w:rsidP="00397F27">
      <w:pPr>
        <w:spacing w:before="240"/>
        <w:rPr>
          <w:sz w:val="24"/>
          <w:szCs w:val="24"/>
        </w:rPr>
      </w:pPr>
      <w:r w:rsidRPr="00397F27">
        <w:rPr>
          <w:sz w:val="24"/>
          <w:szCs w:val="24"/>
        </w:rPr>
        <w:t>Source of authority: _________________________________________</w:t>
      </w:r>
    </w:p>
    <w:p w14:paraId="3F2C2C2B" w14:textId="77777777" w:rsidR="001D5D6F" w:rsidRPr="00397F27" w:rsidRDefault="00000000" w:rsidP="00397F27">
      <w:pPr>
        <w:pStyle w:val="Heading1"/>
        <w:spacing w:before="240"/>
        <w:rPr>
          <w:sz w:val="52"/>
          <w:szCs w:val="52"/>
        </w:rPr>
      </w:pPr>
      <w:r w:rsidRPr="00397F27">
        <w:rPr>
          <w:sz w:val="52"/>
          <w:szCs w:val="52"/>
        </w:rPr>
        <w:t>STUDENT ORGANIZATIONS</w:t>
      </w:r>
    </w:p>
    <w:p w14:paraId="1CA743DE" w14:textId="77777777" w:rsidR="001D5D6F" w:rsidRPr="00397F27" w:rsidRDefault="00000000" w:rsidP="00397F27">
      <w:pPr>
        <w:spacing w:before="240"/>
        <w:rPr>
          <w:sz w:val="24"/>
          <w:szCs w:val="24"/>
        </w:rPr>
      </w:pPr>
      <w:r w:rsidRPr="00397F27">
        <w:rPr>
          <w:sz w:val="24"/>
          <w:szCs w:val="24"/>
        </w:rPr>
        <w:t>Does your SG have authority to:</w:t>
      </w:r>
    </w:p>
    <w:p w14:paraId="57E351BF" w14:textId="77777777" w:rsidR="001D5D6F" w:rsidRPr="00397F27" w:rsidRDefault="00000000" w:rsidP="00397F27">
      <w:pPr>
        <w:pStyle w:val="ListBullet"/>
        <w:spacing w:before="240" w:after="40"/>
        <w:rPr>
          <w:sz w:val="24"/>
          <w:szCs w:val="24"/>
        </w:rPr>
      </w:pPr>
      <w:r w:rsidRPr="00397F27">
        <w:rPr>
          <w:sz w:val="24"/>
          <w:szCs w:val="24"/>
        </w:rPr>
        <w:t>recognize student organizations?</w:t>
      </w:r>
    </w:p>
    <w:p w14:paraId="46C3EBC5" w14:textId="77777777" w:rsidR="001D5D6F" w:rsidRPr="00397F27" w:rsidRDefault="00000000" w:rsidP="00397F27">
      <w:pPr>
        <w:pStyle w:val="ListBullet"/>
        <w:spacing w:before="240" w:after="40"/>
        <w:rPr>
          <w:sz w:val="24"/>
          <w:szCs w:val="24"/>
        </w:rPr>
      </w:pPr>
      <w:proofErr w:type="gramStart"/>
      <w:r w:rsidRPr="00397F27">
        <w:rPr>
          <w:sz w:val="24"/>
          <w:szCs w:val="24"/>
        </w:rPr>
        <w:t>derecognize</w:t>
      </w:r>
      <w:proofErr w:type="gramEnd"/>
      <w:r w:rsidRPr="00397F27">
        <w:rPr>
          <w:sz w:val="24"/>
          <w:szCs w:val="24"/>
        </w:rPr>
        <w:t xml:space="preserve"> organizations?</w:t>
      </w:r>
    </w:p>
    <w:p w14:paraId="6538C72C" w14:textId="77777777" w:rsidR="001D5D6F" w:rsidRPr="00397F27" w:rsidRDefault="00000000" w:rsidP="00397F27">
      <w:pPr>
        <w:pStyle w:val="ListBullet"/>
        <w:spacing w:before="240" w:after="40"/>
        <w:rPr>
          <w:sz w:val="24"/>
          <w:szCs w:val="24"/>
        </w:rPr>
      </w:pPr>
      <w:r w:rsidRPr="00397F27">
        <w:rPr>
          <w:sz w:val="24"/>
          <w:szCs w:val="24"/>
        </w:rPr>
        <w:t>approve organizational constitutions?</w:t>
      </w:r>
    </w:p>
    <w:p w14:paraId="4E3DBE52" w14:textId="77777777" w:rsidR="001D5D6F" w:rsidRPr="00397F27" w:rsidRDefault="00000000" w:rsidP="00397F27">
      <w:pPr>
        <w:pStyle w:val="ListBullet"/>
        <w:spacing w:before="240" w:after="40"/>
        <w:rPr>
          <w:sz w:val="24"/>
          <w:szCs w:val="24"/>
        </w:rPr>
      </w:pPr>
      <w:r w:rsidRPr="00397F27">
        <w:rPr>
          <w:sz w:val="24"/>
          <w:szCs w:val="24"/>
        </w:rPr>
        <w:t>allocate organization funding?</w:t>
      </w:r>
    </w:p>
    <w:p w14:paraId="31BB39BD" w14:textId="77777777" w:rsidR="001D5D6F" w:rsidRPr="00397F27" w:rsidRDefault="00000000" w:rsidP="00397F27">
      <w:pPr>
        <w:pStyle w:val="ListBullet"/>
        <w:spacing w:before="240" w:after="40"/>
        <w:rPr>
          <w:sz w:val="24"/>
          <w:szCs w:val="24"/>
        </w:rPr>
      </w:pPr>
      <w:r w:rsidRPr="00397F27">
        <w:rPr>
          <w:sz w:val="24"/>
          <w:szCs w:val="24"/>
        </w:rPr>
        <w:t>establish funding priorities?</w:t>
      </w:r>
    </w:p>
    <w:p w14:paraId="76A2DB5A" w14:textId="77777777" w:rsidR="001D5D6F" w:rsidRPr="00397F27" w:rsidRDefault="00000000" w:rsidP="00397F27">
      <w:pPr>
        <w:pStyle w:val="ListBullet"/>
        <w:spacing w:before="240" w:after="40"/>
        <w:rPr>
          <w:sz w:val="24"/>
          <w:szCs w:val="24"/>
        </w:rPr>
      </w:pPr>
      <w:r w:rsidRPr="00397F27">
        <w:rPr>
          <w:sz w:val="24"/>
          <w:szCs w:val="24"/>
        </w:rPr>
        <w:t>set organization requirements?</w:t>
      </w:r>
    </w:p>
    <w:p w14:paraId="60C607C6" w14:textId="77777777" w:rsidR="001D5D6F" w:rsidRPr="00397F27" w:rsidRDefault="00000000" w:rsidP="00397F27">
      <w:pPr>
        <w:pStyle w:val="ListBullet"/>
        <w:spacing w:before="240" w:after="40"/>
        <w:rPr>
          <w:sz w:val="24"/>
          <w:szCs w:val="24"/>
        </w:rPr>
      </w:pPr>
      <w:r w:rsidRPr="00397F27">
        <w:rPr>
          <w:sz w:val="24"/>
          <w:szCs w:val="24"/>
        </w:rPr>
        <w:t>make final decisions about organizations?</w:t>
      </w:r>
    </w:p>
    <w:p w14:paraId="28252F57" w14:textId="77777777" w:rsidR="001D5D6F" w:rsidRPr="00397F27" w:rsidRDefault="00000000" w:rsidP="00397F27">
      <w:pPr>
        <w:spacing w:before="240"/>
        <w:rPr>
          <w:sz w:val="24"/>
          <w:szCs w:val="24"/>
        </w:rPr>
      </w:pPr>
      <w:r w:rsidRPr="00397F27">
        <w:rPr>
          <w:sz w:val="24"/>
          <w:szCs w:val="24"/>
        </w:rPr>
        <w:t xml:space="preserve">What does your SG </w:t>
      </w:r>
      <w:proofErr w:type="gramStart"/>
      <w:r w:rsidRPr="00397F27">
        <w:rPr>
          <w:sz w:val="24"/>
          <w:szCs w:val="24"/>
        </w:rPr>
        <w:t>actually control</w:t>
      </w:r>
      <w:proofErr w:type="gramEnd"/>
      <w:r w:rsidRPr="00397F27">
        <w:rPr>
          <w:sz w:val="24"/>
          <w:szCs w:val="24"/>
        </w:rPr>
        <w:t>?</w:t>
      </w:r>
    </w:p>
    <w:p w14:paraId="3595F279" w14:textId="77777777" w:rsidR="001D5D6F" w:rsidRPr="00397F27" w:rsidRDefault="00000000" w:rsidP="00397F27">
      <w:pPr>
        <w:spacing w:before="240"/>
        <w:rPr>
          <w:sz w:val="24"/>
          <w:szCs w:val="24"/>
        </w:rPr>
      </w:pPr>
      <w:r w:rsidRPr="00397F27">
        <w:rPr>
          <w:sz w:val="24"/>
          <w:szCs w:val="24"/>
        </w:rPr>
        <w:t>____________________________________________________________</w:t>
      </w:r>
    </w:p>
    <w:p w14:paraId="5483EBF0" w14:textId="77777777" w:rsidR="001D5D6F" w:rsidRPr="00397F27" w:rsidRDefault="00000000" w:rsidP="00397F27">
      <w:pPr>
        <w:spacing w:before="240"/>
        <w:rPr>
          <w:sz w:val="24"/>
          <w:szCs w:val="24"/>
        </w:rPr>
      </w:pPr>
      <w:r w:rsidRPr="00397F27">
        <w:rPr>
          <w:sz w:val="24"/>
          <w:szCs w:val="24"/>
        </w:rPr>
        <w:lastRenderedPageBreak/>
        <w:t>What requires approval from someone else?</w:t>
      </w:r>
    </w:p>
    <w:p w14:paraId="63FF4A2D" w14:textId="77777777" w:rsidR="001D5D6F" w:rsidRPr="00397F27" w:rsidRDefault="00000000" w:rsidP="00397F27">
      <w:pPr>
        <w:spacing w:before="240"/>
        <w:rPr>
          <w:sz w:val="24"/>
          <w:szCs w:val="24"/>
        </w:rPr>
      </w:pPr>
      <w:r w:rsidRPr="00397F27">
        <w:rPr>
          <w:sz w:val="24"/>
          <w:szCs w:val="24"/>
        </w:rPr>
        <w:t>____________________________________________________________</w:t>
      </w:r>
    </w:p>
    <w:p w14:paraId="53CD8114" w14:textId="77777777" w:rsidR="001D5D6F" w:rsidRPr="00397F27" w:rsidRDefault="00000000" w:rsidP="00397F27">
      <w:pPr>
        <w:pStyle w:val="Heading1"/>
        <w:spacing w:before="240"/>
        <w:rPr>
          <w:sz w:val="52"/>
          <w:szCs w:val="52"/>
        </w:rPr>
      </w:pPr>
      <w:r w:rsidRPr="00397F27">
        <w:rPr>
          <w:sz w:val="52"/>
          <w:szCs w:val="52"/>
        </w:rPr>
        <w:t>APPOINTMENTS</w:t>
      </w:r>
    </w:p>
    <w:p w14:paraId="0DDDC937" w14:textId="77777777" w:rsidR="001D5D6F" w:rsidRPr="00397F27" w:rsidRDefault="00000000" w:rsidP="00397F27">
      <w:pPr>
        <w:spacing w:before="240"/>
        <w:rPr>
          <w:sz w:val="24"/>
          <w:szCs w:val="24"/>
        </w:rPr>
      </w:pPr>
      <w:r w:rsidRPr="00397F27">
        <w:rPr>
          <w:sz w:val="24"/>
          <w:szCs w:val="24"/>
        </w:rPr>
        <w:t>Does your SG appoint students to institutional committees or governance bodies?</w:t>
      </w:r>
    </w:p>
    <w:p w14:paraId="107CFA81" w14:textId="77777777" w:rsidR="001D5D6F" w:rsidRPr="00397F27" w:rsidRDefault="00000000" w:rsidP="00397F27">
      <w:pPr>
        <w:spacing w:before="240"/>
        <w:rPr>
          <w:sz w:val="24"/>
          <w:szCs w:val="24"/>
        </w:rPr>
      </w:pPr>
      <w:r w:rsidRPr="00397F27">
        <w:rPr>
          <w:sz w:val="24"/>
          <w:szCs w:val="24"/>
        </w:rPr>
        <w:t>YES / NO / SOME</w:t>
      </w:r>
    </w:p>
    <w:p w14:paraId="25A2F132" w14:textId="77777777" w:rsidR="001D5D6F" w:rsidRPr="00397F27" w:rsidRDefault="00000000" w:rsidP="00397F27">
      <w:pPr>
        <w:spacing w:before="240"/>
        <w:rPr>
          <w:sz w:val="24"/>
          <w:szCs w:val="24"/>
        </w:rPr>
      </w:pPr>
      <w:r w:rsidRPr="00397F27">
        <w:rPr>
          <w:sz w:val="24"/>
          <w:szCs w:val="24"/>
        </w:rPr>
        <w:t>If yes, where?</w:t>
      </w:r>
    </w:p>
    <w:p w14:paraId="770BC5D4" w14:textId="77777777" w:rsidR="001D5D6F" w:rsidRPr="00397F27" w:rsidRDefault="00000000" w:rsidP="00397F27">
      <w:pPr>
        <w:pStyle w:val="ListBullet"/>
        <w:spacing w:before="240" w:after="40"/>
        <w:rPr>
          <w:sz w:val="24"/>
          <w:szCs w:val="24"/>
        </w:rPr>
      </w:pPr>
      <w:r w:rsidRPr="00397F27">
        <w:rPr>
          <w:sz w:val="24"/>
          <w:szCs w:val="24"/>
        </w:rPr>
        <w:t>university committees</w:t>
      </w:r>
    </w:p>
    <w:p w14:paraId="19B15ED6" w14:textId="77777777" w:rsidR="001D5D6F" w:rsidRPr="00397F27" w:rsidRDefault="00000000" w:rsidP="00397F27">
      <w:pPr>
        <w:pStyle w:val="ListBullet"/>
        <w:spacing w:before="240" w:after="40"/>
        <w:rPr>
          <w:sz w:val="24"/>
          <w:szCs w:val="24"/>
        </w:rPr>
      </w:pPr>
      <w:r w:rsidRPr="00397F27">
        <w:rPr>
          <w:sz w:val="24"/>
          <w:szCs w:val="24"/>
        </w:rPr>
        <w:t>search committees</w:t>
      </w:r>
    </w:p>
    <w:p w14:paraId="4490054B" w14:textId="77777777" w:rsidR="001D5D6F" w:rsidRPr="00397F27" w:rsidRDefault="00000000" w:rsidP="00397F27">
      <w:pPr>
        <w:pStyle w:val="ListBullet"/>
        <w:spacing w:before="240" w:after="40"/>
        <w:rPr>
          <w:sz w:val="24"/>
          <w:szCs w:val="24"/>
        </w:rPr>
      </w:pPr>
      <w:r w:rsidRPr="00397F27">
        <w:rPr>
          <w:sz w:val="24"/>
          <w:szCs w:val="24"/>
        </w:rPr>
        <w:t>academic governance</w:t>
      </w:r>
    </w:p>
    <w:p w14:paraId="6427E802" w14:textId="77777777" w:rsidR="001D5D6F" w:rsidRPr="00397F27" w:rsidRDefault="00000000" w:rsidP="00397F27">
      <w:pPr>
        <w:pStyle w:val="ListBullet"/>
        <w:spacing w:before="240" w:after="40"/>
        <w:rPr>
          <w:sz w:val="24"/>
          <w:szCs w:val="24"/>
        </w:rPr>
      </w:pPr>
      <w:r w:rsidRPr="00397F27">
        <w:rPr>
          <w:sz w:val="24"/>
          <w:szCs w:val="24"/>
        </w:rPr>
        <w:t>student conduct</w:t>
      </w:r>
    </w:p>
    <w:p w14:paraId="69FC85CB" w14:textId="77777777" w:rsidR="001D5D6F" w:rsidRPr="00397F27" w:rsidRDefault="00000000" w:rsidP="00397F27">
      <w:pPr>
        <w:pStyle w:val="ListBullet"/>
        <w:spacing w:before="240" w:after="40"/>
        <w:rPr>
          <w:sz w:val="24"/>
          <w:szCs w:val="24"/>
        </w:rPr>
      </w:pPr>
      <w:r w:rsidRPr="00397F27">
        <w:rPr>
          <w:sz w:val="24"/>
          <w:szCs w:val="24"/>
        </w:rPr>
        <w:t>planning</w:t>
      </w:r>
    </w:p>
    <w:p w14:paraId="17A59A42" w14:textId="77777777" w:rsidR="001D5D6F" w:rsidRPr="00397F27" w:rsidRDefault="00000000" w:rsidP="00397F27">
      <w:pPr>
        <w:pStyle w:val="ListBullet"/>
        <w:spacing w:before="240" w:after="40"/>
        <w:rPr>
          <w:sz w:val="24"/>
          <w:szCs w:val="24"/>
        </w:rPr>
      </w:pPr>
      <w:r w:rsidRPr="00397F27">
        <w:rPr>
          <w:sz w:val="24"/>
          <w:szCs w:val="24"/>
        </w:rPr>
        <w:t>budget</w:t>
      </w:r>
    </w:p>
    <w:p w14:paraId="471BA3D4" w14:textId="77777777" w:rsidR="001D5D6F" w:rsidRPr="00397F27" w:rsidRDefault="00000000" w:rsidP="00397F27">
      <w:pPr>
        <w:pStyle w:val="ListBullet"/>
        <w:spacing w:before="240" w:after="40"/>
        <w:rPr>
          <w:sz w:val="24"/>
          <w:szCs w:val="24"/>
        </w:rPr>
      </w:pPr>
      <w:r w:rsidRPr="00397F27">
        <w:rPr>
          <w:sz w:val="24"/>
          <w:szCs w:val="24"/>
        </w:rPr>
        <w:t>other: __________________</w:t>
      </w:r>
    </w:p>
    <w:p w14:paraId="0A68CB4B" w14:textId="77777777" w:rsidR="001D5D6F" w:rsidRPr="00397F27" w:rsidRDefault="00000000" w:rsidP="00397F27">
      <w:pPr>
        <w:spacing w:before="240"/>
        <w:rPr>
          <w:sz w:val="24"/>
          <w:szCs w:val="24"/>
        </w:rPr>
      </w:pPr>
      <w:r w:rsidRPr="00397F27">
        <w:rPr>
          <w:sz w:val="24"/>
          <w:szCs w:val="24"/>
        </w:rPr>
        <w:t>Who makes the appointments?</w:t>
      </w:r>
    </w:p>
    <w:p w14:paraId="714BB676" w14:textId="77777777" w:rsidR="001D5D6F" w:rsidRPr="00397F27" w:rsidRDefault="00000000" w:rsidP="00397F27">
      <w:pPr>
        <w:spacing w:before="240"/>
        <w:rPr>
          <w:sz w:val="24"/>
          <w:szCs w:val="24"/>
        </w:rPr>
      </w:pPr>
      <w:r w:rsidRPr="00397F27">
        <w:rPr>
          <w:sz w:val="24"/>
          <w:szCs w:val="24"/>
        </w:rPr>
        <w:t>____________________________________________________________</w:t>
      </w:r>
    </w:p>
    <w:p w14:paraId="00A3D23E" w14:textId="77777777" w:rsidR="001D5D6F" w:rsidRPr="00397F27" w:rsidRDefault="00000000" w:rsidP="00397F27">
      <w:pPr>
        <w:spacing w:before="240"/>
        <w:rPr>
          <w:sz w:val="24"/>
          <w:szCs w:val="24"/>
        </w:rPr>
      </w:pPr>
      <w:r w:rsidRPr="00397F27">
        <w:rPr>
          <w:sz w:val="24"/>
          <w:szCs w:val="24"/>
        </w:rPr>
        <w:t>Does the appointed student have authority to vote?</w:t>
      </w:r>
    </w:p>
    <w:p w14:paraId="27C5544A" w14:textId="77777777" w:rsidR="001D5D6F" w:rsidRPr="00397F27" w:rsidRDefault="00000000" w:rsidP="00397F27">
      <w:pPr>
        <w:spacing w:before="240"/>
        <w:rPr>
          <w:sz w:val="24"/>
          <w:szCs w:val="24"/>
        </w:rPr>
      </w:pPr>
      <w:r w:rsidRPr="00397F27">
        <w:rPr>
          <w:sz w:val="24"/>
          <w:szCs w:val="24"/>
        </w:rPr>
        <w:t>YES / NO / ON SOME ISSUES</w:t>
      </w:r>
    </w:p>
    <w:p w14:paraId="583F6476" w14:textId="77777777" w:rsidR="001D5D6F" w:rsidRPr="00397F27" w:rsidRDefault="00000000" w:rsidP="00397F27">
      <w:pPr>
        <w:pStyle w:val="Heading1"/>
        <w:spacing w:before="240"/>
        <w:rPr>
          <w:sz w:val="56"/>
          <w:szCs w:val="56"/>
        </w:rPr>
      </w:pPr>
      <w:r w:rsidRPr="00397F27">
        <w:rPr>
          <w:sz w:val="56"/>
          <w:szCs w:val="56"/>
        </w:rPr>
        <w:t>PART 3: WHAT DOES THE STUDENT'S SEAT ACTUALLY MEAN?</w:t>
      </w:r>
    </w:p>
    <w:p w14:paraId="12FDF672" w14:textId="77777777" w:rsidR="001D5D6F" w:rsidRPr="00397F27" w:rsidRDefault="00000000" w:rsidP="00397F27">
      <w:pPr>
        <w:spacing w:before="240"/>
        <w:rPr>
          <w:sz w:val="24"/>
          <w:szCs w:val="24"/>
        </w:rPr>
      </w:pPr>
      <w:r w:rsidRPr="00397F27">
        <w:rPr>
          <w:sz w:val="24"/>
          <w:szCs w:val="24"/>
        </w:rPr>
        <w:t>Don't stop at the title.</w:t>
      </w:r>
    </w:p>
    <w:p w14:paraId="33E4410A" w14:textId="77777777" w:rsidR="001D5D6F" w:rsidRPr="00397F27" w:rsidRDefault="00000000" w:rsidP="00397F27">
      <w:pPr>
        <w:spacing w:before="240"/>
        <w:rPr>
          <w:sz w:val="24"/>
          <w:szCs w:val="24"/>
        </w:rPr>
      </w:pPr>
      <w:r w:rsidRPr="00397F27">
        <w:rPr>
          <w:sz w:val="24"/>
          <w:szCs w:val="24"/>
        </w:rPr>
        <w:t xml:space="preserve">A student may be called a trustee, regent, senator, committee member, representative, or advisor. What can that student </w:t>
      </w:r>
      <w:proofErr w:type="gramStart"/>
      <w:r w:rsidRPr="00397F27">
        <w:rPr>
          <w:sz w:val="24"/>
          <w:szCs w:val="24"/>
        </w:rPr>
        <w:t>actually do</w:t>
      </w:r>
      <w:proofErr w:type="gramEnd"/>
      <w:r w:rsidRPr="00397F27">
        <w:rPr>
          <w:sz w:val="24"/>
          <w:szCs w:val="24"/>
        </w:rPr>
        <w:t>?</w:t>
      </w:r>
    </w:p>
    <w:p w14:paraId="569FFD5D" w14:textId="77777777" w:rsidR="001D5D6F" w:rsidRPr="00397F27" w:rsidRDefault="00000000" w:rsidP="00397F27">
      <w:pPr>
        <w:spacing w:before="240"/>
        <w:rPr>
          <w:sz w:val="24"/>
          <w:szCs w:val="24"/>
        </w:rPr>
      </w:pPr>
      <w:r w:rsidRPr="00397F27">
        <w:rPr>
          <w:sz w:val="24"/>
          <w:szCs w:val="24"/>
        </w:rPr>
        <w:t>Position: _________________________________________________</w:t>
      </w:r>
    </w:p>
    <w:p w14:paraId="52C7C5BB" w14:textId="77777777" w:rsidR="001D5D6F" w:rsidRPr="00397F27" w:rsidRDefault="00000000" w:rsidP="00397F27">
      <w:pPr>
        <w:spacing w:before="240"/>
        <w:rPr>
          <w:sz w:val="24"/>
          <w:szCs w:val="24"/>
        </w:rPr>
      </w:pPr>
      <w:r w:rsidRPr="00397F27">
        <w:rPr>
          <w:sz w:val="24"/>
          <w:szCs w:val="24"/>
        </w:rPr>
        <w:t>Voting?   ☐ Yes   ☐ No   ☐ Some issues</w:t>
      </w:r>
    </w:p>
    <w:p w14:paraId="54F974D1" w14:textId="77777777" w:rsidR="001D5D6F" w:rsidRPr="00397F27" w:rsidRDefault="00000000" w:rsidP="00397F27">
      <w:pPr>
        <w:spacing w:before="240"/>
        <w:rPr>
          <w:sz w:val="24"/>
          <w:szCs w:val="24"/>
        </w:rPr>
      </w:pPr>
      <w:r w:rsidRPr="00397F27">
        <w:rPr>
          <w:sz w:val="24"/>
          <w:szCs w:val="24"/>
        </w:rPr>
        <w:t>Vote equal to other members?   ☐ Yes   ☐ No</w:t>
      </w:r>
    </w:p>
    <w:p w14:paraId="0103669F" w14:textId="77777777" w:rsidR="001D5D6F" w:rsidRPr="00397F27" w:rsidRDefault="00000000" w:rsidP="00397F27">
      <w:pPr>
        <w:spacing w:before="240"/>
        <w:rPr>
          <w:sz w:val="24"/>
          <w:szCs w:val="24"/>
        </w:rPr>
      </w:pPr>
      <w:r w:rsidRPr="00397F27">
        <w:rPr>
          <w:sz w:val="24"/>
          <w:szCs w:val="24"/>
        </w:rPr>
        <w:lastRenderedPageBreak/>
        <w:t>Vote binding?   ☐ Yes   ☐ No   ☐ Not sure</w:t>
      </w:r>
    </w:p>
    <w:p w14:paraId="7A849C6D" w14:textId="77777777" w:rsidR="001D5D6F" w:rsidRPr="00397F27" w:rsidRDefault="00000000" w:rsidP="00397F27">
      <w:pPr>
        <w:spacing w:before="240"/>
        <w:rPr>
          <w:sz w:val="24"/>
          <w:szCs w:val="24"/>
        </w:rPr>
      </w:pPr>
      <w:r w:rsidRPr="00397F27">
        <w:rPr>
          <w:sz w:val="24"/>
          <w:szCs w:val="24"/>
        </w:rPr>
        <w:t>Advisory only?   ☐ Yes   ☐ No</w:t>
      </w:r>
    </w:p>
    <w:p w14:paraId="4C720A6B" w14:textId="77777777" w:rsidR="001D5D6F" w:rsidRPr="00397F27" w:rsidRDefault="00000000" w:rsidP="00397F27">
      <w:pPr>
        <w:spacing w:before="240"/>
        <w:rPr>
          <w:sz w:val="24"/>
          <w:szCs w:val="24"/>
        </w:rPr>
      </w:pPr>
      <w:r w:rsidRPr="00397F27">
        <w:rPr>
          <w:sz w:val="24"/>
          <w:szCs w:val="24"/>
        </w:rPr>
        <w:t>Issues where the student can't vote:</w:t>
      </w:r>
    </w:p>
    <w:p w14:paraId="4E0683CF" w14:textId="77777777" w:rsidR="001D5D6F" w:rsidRPr="00397F27" w:rsidRDefault="00000000" w:rsidP="00397F27">
      <w:pPr>
        <w:spacing w:before="240"/>
        <w:rPr>
          <w:sz w:val="24"/>
          <w:szCs w:val="24"/>
        </w:rPr>
      </w:pPr>
      <w:r w:rsidRPr="00397F27">
        <w:rPr>
          <w:sz w:val="24"/>
          <w:szCs w:val="24"/>
        </w:rPr>
        <w:t>____________________________________________________________</w:t>
      </w:r>
    </w:p>
    <w:p w14:paraId="6AFB8D57" w14:textId="77777777" w:rsidR="001D5D6F" w:rsidRPr="00397F27" w:rsidRDefault="00000000" w:rsidP="00397F27">
      <w:pPr>
        <w:spacing w:before="240"/>
        <w:rPr>
          <w:sz w:val="24"/>
          <w:szCs w:val="24"/>
        </w:rPr>
      </w:pPr>
      <w:r w:rsidRPr="00397F27">
        <w:rPr>
          <w:sz w:val="24"/>
          <w:szCs w:val="24"/>
        </w:rPr>
        <w:t>Source of this information:</w:t>
      </w:r>
    </w:p>
    <w:p w14:paraId="4F6A2715" w14:textId="77777777" w:rsidR="001D5D6F" w:rsidRPr="00397F27" w:rsidRDefault="00000000" w:rsidP="00397F27">
      <w:pPr>
        <w:spacing w:before="240"/>
        <w:rPr>
          <w:sz w:val="24"/>
          <w:szCs w:val="24"/>
        </w:rPr>
      </w:pPr>
      <w:r w:rsidRPr="00397F27">
        <w:rPr>
          <w:sz w:val="24"/>
          <w:szCs w:val="24"/>
        </w:rPr>
        <w:t>____________________________________________________________</w:t>
      </w:r>
    </w:p>
    <w:tbl>
      <w:tblPr>
        <w:tblW w:w="0" w:type="auto"/>
        <w:tblLook w:val="04A0" w:firstRow="1" w:lastRow="0" w:firstColumn="1" w:lastColumn="0" w:noHBand="0" w:noVBand="1"/>
      </w:tblPr>
      <w:tblGrid>
        <w:gridCol w:w="10080"/>
      </w:tblGrid>
      <w:tr w:rsidR="001D5D6F" w:rsidRPr="00397F27" w14:paraId="5609C082" w14:textId="77777777">
        <w:tc>
          <w:tcPr>
            <w:tcW w:w="10080" w:type="dxa"/>
            <w:shd w:val="clear" w:color="auto" w:fill="EEF2F7"/>
            <w:vAlign w:val="center"/>
          </w:tcPr>
          <w:p w14:paraId="366A40CC" w14:textId="77777777" w:rsidR="001D5D6F" w:rsidRPr="00397F27" w:rsidRDefault="00000000" w:rsidP="00397F27">
            <w:pPr>
              <w:spacing w:before="240"/>
              <w:rPr>
                <w:sz w:val="24"/>
                <w:szCs w:val="24"/>
              </w:rPr>
            </w:pPr>
            <w:r w:rsidRPr="00397F27">
              <w:rPr>
                <w:b/>
                <w:sz w:val="24"/>
                <w:szCs w:val="24"/>
              </w:rPr>
              <w:t>A seat is not authority.</w:t>
            </w:r>
          </w:p>
          <w:p w14:paraId="2544A8BA" w14:textId="77777777" w:rsidR="001D5D6F" w:rsidRPr="00397F27" w:rsidRDefault="00000000" w:rsidP="00397F27">
            <w:pPr>
              <w:spacing w:before="240"/>
              <w:rPr>
                <w:sz w:val="24"/>
                <w:szCs w:val="24"/>
              </w:rPr>
            </w:pPr>
            <w:r w:rsidRPr="00397F27">
              <w:rPr>
                <w:sz w:val="24"/>
                <w:szCs w:val="24"/>
              </w:rPr>
              <w:t>The actual rights attached to the seat are what matter.</w:t>
            </w:r>
          </w:p>
        </w:tc>
      </w:tr>
    </w:tbl>
    <w:p w14:paraId="4F2B2C5E" w14:textId="77777777" w:rsidR="001D5D6F" w:rsidRPr="00397F27" w:rsidRDefault="001D5D6F" w:rsidP="00397F27">
      <w:pPr>
        <w:spacing w:before="240" w:after="40"/>
        <w:rPr>
          <w:sz w:val="24"/>
          <w:szCs w:val="24"/>
        </w:rPr>
      </w:pPr>
    </w:p>
    <w:p w14:paraId="4651F6A1" w14:textId="77777777" w:rsidR="001D5D6F" w:rsidRPr="00397F27" w:rsidRDefault="00000000" w:rsidP="00397F27">
      <w:pPr>
        <w:pStyle w:val="Heading1"/>
        <w:spacing w:before="240"/>
        <w:rPr>
          <w:sz w:val="56"/>
          <w:szCs w:val="56"/>
        </w:rPr>
      </w:pPr>
      <w:r w:rsidRPr="00397F27">
        <w:rPr>
          <w:sz w:val="56"/>
          <w:szCs w:val="56"/>
        </w:rPr>
        <w:t>PART 4: WHAT HAS BEEN DELEGATED OR DEFERRED TO YOUR SG?</w:t>
      </w:r>
    </w:p>
    <w:p w14:paraId="516F4838" w14:textId="77777777" w:rsidR="001D5D6F" w:rsidRPr="00397F27" w:rsidRDefault="00000000" w:rsidP="00397F27">
      <w:pPr>
        <w:spacing w:before="240"/>
        <w:rPr>
          <w:sz w:val="24"/>
          <w:szCs w:val="24"/>
        </w:rPr>
      </w:pPr>
      <w:r w:rsidRPr="00397F27">
        <w:rPr>
          <w:sz w:val="24"/>
          <w:szCs w:val="24"/>
        </w:rPr>
        <w:t>Sometimes an institution gives Student Government responsibility for something that would otherwise be handled by an administrative office.</w:t>
      </w:r>
    </w:p>
    <w:p w14:paraId="35325BFE" w14:textId="77777777" w:rsidR="001D5D6F" w:rsidRPr="00397F27" w:rsidRDefault="00000000" w:rsidP="00397F27">
      <w:pPr>
        <w:spacing w:before="240"/>
        <w:rPr>
          <w:sz w:val="24"/>
          <w:szCs w:val="24"/>
        </w:rPr>
      </w:pPr>
      <w:r w:rsidRPr="00397F27">
        <w:rPr>
          <w:sz w:val="24"/>
          <w:szCs w:val="24"/>
        </w:rPr>
        <w:t>List those responsibilities.</w:t>
      </w:r>
    </w:p>
    <w:p w14:paraId="67FFFC55" w14:textId="77777777" w:rsidR="001D5D6F" w:rsidRPr="00397F27" w:rsidRDefault="00000000" w:rsidP="00397F27">
      <w:pPr>
        <w:spacing w:before="240"/>
        <w:rPr>
          <w:sz w:val="24"/>
          <w:szCs w:val="24"/>
        </w:rPr>
      </w:pPr>
      <w:r w:rsidRPr="00397F27">
        <w:rPr>
          <w:sz w:val="24"/>
          <w:szCs w:val="24"/>
        </w:rPr>
        <w:t>Program or responsibility: __________________________________</w:t>
      </w:r>
    </w:p>
    <w:p w14:paraId="628039A5" w14:textId="77777777" w:rsidR="001D5D6F" w:rsidRPr="00397F27" w:rsidRDefault="00000000" w:rsidP="00397F27">
      <w:pPr>
        <w:spacing w:before="240"/>
        <w:rPr>
          <w:sz w:val="24"/>
          <w:szCs w:val="24"/>
        </w:rPr>
      </w:pPr>
      <w:r w:rsidRPr="00397F27">
        <w:rPr>
          <w:sz w:val="24"/>
          <w:szCs w:val="24"/>
        </w:rPr>
        <w:t>Who originally had responsibility for it?</w:t>
      </w:r>
    </w:p>
    <w:p w14:paraId="6C3056F1" w14:textId="77777777" w:rsidR="001D5D6F" w:rsidRPr="00397F27" w:rsidRDefault="00000000" w:rsidP="00397F27">
      <w:pPr>
        <w:spacing w:before="240"/>
        <w:rPr>
          <w:sz w:val="24"/>
          <w:szCs w:val="24"/>
        </w:rPr>
      </w:pPr>
      <w:r w:rsidRPr="00397F27">
        <w:rPr>
          <w:sz w:val="24"/>
          <w:szCs w:val="24"/>
        </w:rPr>
        <w:t>____________________________________________________________</w:t>
      </w:r>
    </w:p>
    <w:p w14:paraId="158439E3" w14:textId="77777777" w:rsidR="001D5D6F" w:rsidRPr="00397F27" w:rsidRDefault="00000000" w:rsidP="00397F27">
      <w:pPr>
        <w:spacing w:before="240"/>
        <w:rPr>
          <w:sz w:val="24"/>
          <w:szCs w:val="24"/>
        </w:rPr>
      </w:pPr>
      <w:r w:rsidRPr="00397F27">
        <w:rPr>
          <w:sz w:val="24"/>
          <w:szCs w:val="24"/>
        </w:rPr>
        <w:t>Who gave the SG responsibility?</w:t>
      </w:r>
    </w:p>
    <w:p w14:paraId="0CAD8752" w14:textId="77777777" w:rsidR="001D5D6F" w:rsidRPr="00397F27" w:rsidRDefault="00000000" w:rsidP="00397F27">
      <w:pPr>
        <w:spacing w:before="240"/>
        <w:rPr>
          <w:sz w:val="24"/>
          <w:szCs w:val="24"/>
        </w:rPr>
      </w:pPr>
      <w:r w:rsidRPr="00397F27">
        <w:rPr>
          <w:sz w:val="24"/>
          <w:szCs w:val="24"/>
        </w:rPr>
        <w:t>____________________________________________________________</w:t>
      </w:r>
    </w:p>
    <w:p w14:paraId="782CFDB2" w14:textId="77777777" w:rsidR="001D5D6F" w:rsidRPr="00397F27" w:rsidRDefault="00000000" w:rsidP="00397F27">
      <w:pPr>
        <w:spacing w:before="240"/>
        <w:rPr>
          <w:sz w:val="24"/>
          <w:szCs w:val="24"/>
        </w:rPr>
      </w:pPr>
      <w:r w:rsidRPr="00397F27">
        <w:rPr>
          <w:sz w:val="24"/>
          <w:szCs w:val="24"/>
        </w:rPr>
        <w:t>When? ____________________________________________________</w:t>
      </w:r>
    </w:p>
    <w:p w14:paraId="710D9C9B" w14:textId="77777777" w:rsidR="001D5D6F" w:rsidRPr="00397F27" w:rsidRDefault="00000000" w:rsidP="00397F27">
      <w:pPr>
        <w:spacing w:before="240"/>
        <w:rPr>
          <w:sz w:val="24"/>
          <w:szCs w:val="24"/>
        </w:rPr>
      </w:pPr>
      <w:r w:rsidRPr="00397F27">
        <w:rPr>
          <w:sz w:val="24"/>
          <w:szCs w:val="24"/>
        </w:rPr>
        <w:t xml:space="preserve">Does </w:t>
      </w:r>
      <w:proofErr w:type="gramStart"/>
      <w:r w:rsidRPr="00397F27">
        <w:rPr>
          <w:sz w:val="24"/>
          <w:szCs w:val="24"/>
        </w:rPr>
        <w:t>the SG</w:t>
      </w:r>
      <w:proofErr w:type="gramEnd"/>
      <w:r w:rsidRPr="00397F27">
        <w:rPr>
          <w:sz w:val="24"/>
          <w:szCs w:val="24"/>
        </w:rPr>
        <w:t xml:space="preserve"> make the final decision?</w:t>
      </w:r>
    </w:p>
    <w:p w14:paraId="323DEBC2" w14:textId="77777777" w:rsidR="001D5D6F" w:rsidRPr="00397F27" w:rsidRDefault="00000000" w:rsidP="00397F27">
      <w:pPr>
        <w:spacing w:before="240"/>
        <w:rPr>
          <w:sz w:val="24"/>
          <w:szCs w:val="24"/>
        </w:rPr>
      </w:pPr>
      <w:r w:rsidRPr="00397F27">
        <w:rPr>
          <w:sz w:val="24"/>
          <w:szCs w:val="24"/>
        </w:rPr>
        <w:t>☐ Yes   ☐ No   ☐ Sometimes</w:t>
      </w:r>
    </w:p>
    <w:p w14:paraId="0C8A384A" w14:textId="77777777" w:rsidR="001D5D6F" w:rsidRPr="00397F27" w:rsidRDefault="00000000" w:rsidP="00397F27">
      <w:pPr>
        <w:spacing w:before="240"/>
        <w:rPr>
          <w:sz w:val="24"/>
          <w:szCs w:val="24"/>
        </w:rPr>
      </w:pPr>
      <w:r w:rsidRPr="00397F27">
        <w:rPr>
          <w:sz w:val="24"/>
          <w:szCs w:val="24"/>
        </w:rPr>
        <w:t>Who can overrule the SG?</w:t>
      </w:r>
    </w:p>
    <w:p w14:paraId="2D9E14F3" w14:textId="77777777" w:rsidR="001D5D6F" w:rsidRPr="00397F27" w:rsidRDefault="00000000" w:rsidP="00397F27">
      <w:pPr>
        <w:spacing w:before="240"/>
        <w:rPr>
          <w:sz w:val="24"/>
          <w:szCs w:val="24"/>
        </w:rPr>
      </w:pPr>
      <w:r w:rsidRPr="00397F27">
        <w:rPr>
          <w:sz w:val="24"/>
          <w:szCs w:val="24"/>
        </w:rPr>
        <w:lastRenderedPageBreak/>
        <w:t>____________________________________________________________</w:t>
      </w:r>
    </w:p>
    <w:p w14:paraId="24966C3F" w14:textId="77777777" w:rsidR="001D5D6F" w:rsidRPr="00397F27" w:rsidRDefault="00000000" w:rsidP="00397F27">
      <w:pPr>
        <w:spacing w:before="240"/>
        <w:rPr>
          <w:sz w:val="24"/>
          <w:szCs w:val="24"/>
        </w:rPr>
      </w:pPr>
      <w:r w:rsidRPr="00397F27">
        <w:rPr>
          <w:sz w:val="24"/>
          <w:szCs w:val="24"/>
        </w:rPr>
        <w:t>Just because your SG handles something doesn't mean it has the authority to make the decisions.</w:t>
      </w:r>
    </w:p>
    <w:p w14:paraId="39C368AE" w14:textId="77777777" w:rsidR="001D5D6F" w:rsidRPr="00397F27" w:rsidRDefault="00000000" w:rsidP="00397F27">
      <w:pPr>
        <w:pStyle w:val="Heading1"/>
        <w:spacing w:before="240"/>
        <w:rPr>
          <w:sz w:val="56"/>
          <w:szCs w:val="56"/>
        </w:rPr>
      </w:pPr>
      <w:r w:rsidRPr="00397F27">
        <w:rPr>
          <w:sz w:val="56"/>
          <w:szCs w:val="56"/>
        </w:rPr>
        <w:t>PART 5: HOW MUCH AUTHORITY DO YOU REALLY HAVE?</w:t>
      </w:r>
    </w:p>
    <w:p w14:paraId="1893B31B" w14:textId="77777777" w:rsidR="001D5D6F" w:rsidRPr="00397F27" w:rsidRDefault="00000000" w:rsidP="00397F27">
      <w:pPr>
        <w:spacing w:before="240"/>
        <w:rPr>
          <w:sz w:val="24"/>
          <w:szCs w:val="24"/>
        </w:rPr>
      </w:pPr>
      <w:r w:rsidRPr="00397F27">
        <w:rPr>
          <w:sz w:val="24"/>
          <w:szCs w:val="24"/>
        </w:rPr>
        <w:t>Take a few of your most important SG responsibilities and classify them.</w:t>
      </w:r>
    </w:p>
    <w:tbl>
      <w:tblPr>
        <w:tblW w:w="0" w:type="auto"/>
        <w:tblLook w:val="04A0" w:firstRow="1" w:lastRow="0" w:firstColumn="1" w:lastColumn="0" w:noHBand="0" w:noVBand="1"/>
      </w:tblPr>
      <w:tblGrid>
        <w:gridCol w:w="2520"/>
        <w:gridCol w:w="2520"/>
        <w:gridCol w:w="2520"/>
        <w:gridCol w:w="2520"/>
      </w:tblGrid>
      <w:tr w:rsidR="001D5D6F" w:rsidRPr="00397F27" w14:paraId="06C9BC5E" w14:textId="77777777">
        <w:tc>
          <w:tcPr>
            <w:tcW w:w="2520" w:type="dxa"/>
          </w:tcPr>
          <w:p w14:paraId="754AC8C1" w14:textId="77777777" w:rsidR="001D5D6F" w:rsidRPr="00397F27" w:rsidRDefault="00000000" w:rsidP="00397F27">
            <w:pPr>
              <w:spacing w:before="240"/>
              <w:rPr>
                <w:sz w:val="24"/>
                <w:szCs w:val="24"/>
              </w:rPr>
            </w:pPr>
            <w:r w:rsidRPr="00397F27">
              <w:rPr>
                <w:sz w:val="24"/>
                <w:szCs w:val="24"/>
              </w:rPr>
              <w:t>Area</w:t>
            </w:r>
          </w:p>
        </w:tc>
        <w:tc>
          <w:tcPr>
            <w:tcW w:w="2520" w:type="dxa"/>
          </w:tcPr>
          <w:p w14:paraId="51048BEC" w14:textId="77777777" w:rsidR="001D5D6F" w:rsidRPr="00397F27" w:rsidRDefault="00000000" w:rsidP="00397F27">
            <w:pPr>
              <w:spacing w:before="240"/>
              <w:rPr>
                <w:sz w:val="24"/>
                <w:szCs w:val="24"/>
              </w:rPr>
            </w:pPr>
            <w:r w:rsidRPr="00397F27">
              <w:rPr>
                <w:sz w:val="24"/>
                <w:szCs w:val="24"/>
              </w:rPr>
              <w:t>We Recommend</w:t>
            </w:r>
          </w:p>
        </w:tc>
        <w:tc>
          <w:tcPr>
            <w:tcW w:w="2520" w:type="dxa"/>
          </w:tcPr>
          <w:p w14:paraId="3678C7A8" w14:textId="77777777" w:rsidR="001D5D6F" w:rsidRPr="00397F27" w:rsidRDefault="00000000" w:rsidP="00397F27">
            <w:pPr>
              <w:spacing w:before="240"/>
              <w:rPr>
                <w:sz w:val="24"/>
                <w:szCs w:val="24"/>
              </w:rPr>
            </w:pPr>
            <w:r w:rsidRPr="00397F27">
              <w:rPr>
                <w:sz w:val="24"/>
                <w:szCs w:val="24"/>
              </w:rPr>
              <w:t>We Decide</w:t>
            </w:r>
          </w:p>
        </w:tc>
        <w:tc>
          <w:tcPr>
            <w:tcW w:w="2520" w:type="dxa"/>
          </w:tcPr>
          <w:p w14:paraId="52905996" w14:textId="77777777" w:rsidR="001D5D6F" w:rsidRPr="00397F27" w:rsidRDefault="00000000" w:rsidP="00397F27">
            <w:pPr>
              <w:spacing w:before="240"/>
              <w:rPr>
                <w:sz w:val="24"/>
                <w:szCs w:val="24"/>
              </w:rPr>
            </w:pPr>
            <w:r w:rsidRPr="00397F27">
              <w:rPr>
                <w:sz w:val="24"/>
                <w:szCs w:val="24"/>
              </w:rPr>
              <w:t>Someone Else Has Final Say</w:t>
            </w:r>
          </w:p>
        </w:tc>
      </w:tr>
      <w:tr w:rsidR="001D5D6F" w:rsidRPr="00397F27" w14:paraId="40AA46AC" w14:textId="77777777">
        <w:tc>
          <w:tcPr>
            <w:tcW w:w="2520" w:type="dxa"/>
          </w:tcPr>
          <w:p w14:paraId="044C12B5" w14:textId="77777777" w:rsidR="001D5D6F" w:rsidRPr="00397F27" w:rsidRDefault="00000000" w:rsidP="00397F27">
            <w:pPr>
              <w:spacing w:before="240"/>
              <w:rPr>
                <w:sz w:val="24"/>
                <w:szCs w:val="24"/>
              </w:rPr>
            </w:pPr>
            <w:r w:rsidRPr="00397F27">
              <w:rPr>
                <w:sz w:val="24"/>
                <w:szCs w:val="24"/>
              </w:rPr>
              <w:t>Student fees</w:t>
            </w:r>
          </w:p>
        </w:tc>
        <w:tc>
          <w:tcPr>
            <w:tcW w:w="2520" w:type="dxa"/>
          </w:tcPr>
          <w:p w14:paraId="757651D6" w14:textId="77777777" w:rsidR="001D5D6F" w:rsidRPr="00397F27" w:rsidRDefault="00000000" w:rsidP="00397F27">
            <w:pPr>
              <w:spacing w:before="240"/>
              <w:rPr>
                <w:sz w:val="24"/>
                <w:szCs w:val="24"/>
              </w:rPr>
            </w:pPr>
            <w:r w:rsidRPr="00397F27">
              <w:rPr>
                <w:sz w:val="24"/>
                <w:szCs w:val="24"/>
              </w:rPr>
              <w:t>☐</w:t>
            </w:r>
          </w:p>
        </w:tc>
        <w:tc>
          <w:tcPr>
            <w:tcW w:w="2520" w:type="dxa"/>
          </w:tcPr>
          <w:p w14:paraId="572E85C3" w14:textId="77777777" w:rsidR="001D5D6F" w:rsidRPr="00397F27" w:rsidRDefault="00000000" w:rsidP="00397F27">
            <w:pPr>
              <w:spacing w:before="240"/>
              <w:rPr>
                <w:sz w:val="24"/>
                <w:szCs w:val="24"/>
              </w:rPr>
            </w:pPr>
            <w:r w:rsidRPr="00397F27">
              <w:rPr>
                <w:sz w:val="24"/>
                <w:szCs w:val="24"/>
              </w:rPr>
              <w:t>☐</w:t>
            </w:r>
          </w:p>
        </w:tc>
        <w:tc>
          <w:tcPr>
            <w:tcW w:w="2520" w:type="dxa"/>
          </w:tcPr>
          <w:p w14:paraId="2ECE6FF8" w14:textId="77777777" w:rsidR="001D5D6F" w:rsidRPr="00397F27" w:rsidRDefault="00000000" w:rsidP="00397F27">
            <w:pPr>
              <w:spacing w:before="240"/>
              <w:rPr>
                <w:sz w:val="24"/>
                <w:szCs w:val="24"/>
              </w:rPr>
            </w:pPr>
            <w:r w:rsidRPr="00397F27">
              <w:rPr>
                <w:sz w:val="24"/>
                <w:szCs w:val="24"/>
              </w:rPr>
              <w:t>☐</w:t>
            </w:r>
          </w:p>
        </w:tc>
      </w:tr>
      <w:tr w:rsidR="001D5D6F" w:rsidRPr="00397F27" w14:paraId="39AC1D71" w14:textId="77777777">
        <w:tc>
          <w:tcPr>
            <w:tcW w:w="2520" w:type="dxa"/>
          </w:tcPr>
          <w:p w14:paraId="5F661C8F" w14:textId="77777777" w:rsidR="001D5D6F" w:rsidRPr="00397F27" w:rsidRDefault="00000000" w:rsidP="00397F27">
            <w:pPr>
              <w:spacing w:before="240"/>
              <w:rPr>
                <w:sz w:val="24"/>
                <w:szCs w:val="24"/>
              </w:rPr>
            </w:pPr>
            <w:r w:rsidRPr="00397F27">
              <w:rPr>
                <w:sz w:val="24"/>
                <w:szCs w:val="24"/>
              </w:rPr>
              <w:t>Student organizations</w:t>
            </w:r>
          </w:p>
        </w:tc>
        <w:tc>
          <w:tcPr>
            <w:tcW w:w="2520" w:type="dxa"/>
          </w:tcPr>
          <w:p w14:paraId="6B627F40" w14:textId="77777777" w:rsidR="001D5D6F" w:rsidRPr="00397F27" w:rsidRDefault="00000000" w:rsidP="00397F27">
            <w:pPr>
              <w:spacing w:before="240"/>
              <w:rPr>
                <w:sz w:val="24"/>
                <w:szCs w:val="24"/>
              </w:rPr>
            </w:pPr>
            <w:r w:rsidRPr="00397F27">
              <w:rPr>
                <w:sz w:val="24"/>
                <w:szCs w:val="24"/>
              </w:rPr>
              <w:t>☐</w:t>
            </w:r>
          </w:p>
        </w:tc>
        <w:tc>
          <w:tcPr>
            <w:tcW w:w="2520" w:type="dxa"/>
          </w:tcPr>
          <w:p w14:paraId="3CB8AA45" w14:textId="77777777" w:rsidR="001D5D6F" w:rsidRPr="00397F27" w:rsidRDefault="00000000" w:rsidP="00397F27">
            <w:pPr>
              <w:spacing w:before="240"/>
              <w:rPr>
                <w:sz w:val="24"/>
                <w:szCs w:val="24"/>
              </w:rPr>
            </w:pPr>
            <w:r w:rsidRPr="00397F27">
              <w:rPr>
                <w:sz w:val="24"/>
                <w:szCs w:val="24"/>
              </w:rPr>
              <w:t>☐</w:t>
            </w:r>
          </w:p>
        </w:tc>
        <w:tc>
          <w:tcPr>
            <w:tcW w:w="2520" w:type="dxa"/>
          </w:tcPr>
          <w:p w14:paraId="1368E1D3" w14:textId="77777777" w:rsidR="001D5D6F" w:rsidRPr="00397F27" w:rsidRDefault="00000000" w:rsidP="00397F27">
            <w:pPr>
              <w:spacing w:before="240"/>
              <w:rPr>
                <w:sz w:val="24"/>
                <w:szCs w:val="24"/>
              </w:rPr>
            </w:pPr>
            <w:r w:rsidRPr="00397F27">
              <w:rPr>
                <w:sz w:val="24"/>
                <w:szCs w:val="24"/>
              </w:rPr>
              <w:t>☐</w:t>
            </w:r>
          </w:p>
        </w:tc>
      </w:tr>
      <w:tr w:rsidR="001D5D6F" w:rsidRPr="00397F27" w14:paraId="4A7C1DAF" w14:textId="77777777">
        <w:tc>
          <w:tcPr>
            <w:tcW w:w="2520" w:type="dxa"/>
          </w:tcPr>
          <w:p w14:paraId="1AF23DF6" w14:textId="77777777" w:rsidR="001D5D6F" w:rsidRPr="00397F27" w:rsidRDefault="00000000" w:rsidP="00397F27">
            <w:pPr>
              <w:spacing w:before="240"/>
              <w:rPr>
                <w:sz w:val="24"/>
                <w:szCs w:val="24"/>
              </w:rPr>
            </w:pPr>
            <w:r w:rsidRPr="00397F27">
              <w:rPr>
                <w:sz w:val="24"/>
                <w:szCs w:val="24"/>
              </w:rPr>
              <w:t>Appointments</w:t>
            </w:r>
          </w:p>
        </w:tc>
        <w:tc>
          <w:tcPr>
            <w:tcW w:w="2520" w:type="dxa"/>
          </w:tcPr>
          <w:p w14:paraId="5A3FCBE6" w14:textId="77777777" w:rsidR="001D5D6F" w:rsidRPr="00397F27" w:rsidRDefault="00000000" w:rsidP="00397F27">
            <w:pPr>
              <w:spacing w:before="240"/>
              <w:rPr>
                <w:sz w:val="24"/>
                <w:szCs w:val="24"/>
              </w:rPr>
            </w:pPr>
            <w:r w:rsidRPr="00397F27">
              <w:rPr>
                <w:sz w:val="24"/>
                <w:szCs w:val="24"/>
              </w:rPr>
              <w:t>☐</w:t>
            </w:r>
          </w:p>
        </w:tc>
        <w:tc>
          <w:tcPr>
            <w:tcW w:w="2520" w:type="dxa"/>
          </w:tcPr>
          <w:p w14:paraId="5C7E25F9" w14:textId="77777777" w:rsidR="001D5D6F" w:rsidRPr="00397F27" w:rsidRDefault="00000000" w:rsidP="00397F27">
            <w:pPr>
              <w:spacing w:before="240"/>
              <w:rPr>
                <w:sz w:val="24"/>
                <w:szCs w:val="24"/>
              </w:rPr>
            </w:pPr>
            <w:r w:rsidRPr="00397F27">
              <w:rPr>
                <w:sz w:val="24"/>
                <w:szCs w:val="24"/>
              </w:rPr>
              <w:t>☐</w:t>
            </w:r>
          </w:p>
        </w:tc>
        <w:tc>
          <w:tcPr>
            <w:tcW w:w="2520" w:type="dxa"/>
          </w:tcPr>
          <w:p w14:paraId="6E839F1D" w14:textId="77777777" w:rsidR="001D5D6F" w:rsidRPr="00397F27" w:rsidRDefault="00000000" w:rsidP="00397F27">
            <w:pPr>
              <w:spacing w:before="240"/>
              <w:rPr>
                <w:sz w:val="24"/>
                <w:szCs w:val="24"/>
              </w:rPr>
            </w:pPr>
            <w:r w:rsidRPr="00397F27">
              <w:rPr>
                <w:sz w:val="24"/>
                <w:szCs w:val="24"/>
              </w:rPr>
              <w:t>☐</w:t>
            </w:r>
          </w:p>
        </w:tc>
      </w:tr>
      <w:tr w:rsidR="001D5D6F" w:rsidRPr="00397F27" w14:paraId="2F1A11EA" w14:textId="77777777">
        <w:tc>
          <w:tcPr>
            <w:tcW w:w="2520" w:type="dxa"/>
          </w:tcPr>
          <w:p w14:paraId="168BB00C" w14:textId="77777777" w:rsidR="001D5D6F" w:rsidRPr="00397F27" w:rsidRDefault="00000000" w:rsidP="00397F27">
            <w:pPr>
              <w:spacing w:before="240"/>
              <w:rPr>
                <w:sz w:val="24"/>
                <w:szCs w:val="24"/>
              </w:rPr>
            </w:pPr>
            <w:r w:rsidRPr="00397F27">
              <w:rPr>
                <w:sz w:val="24"/>
                <w:szCs w:val="24"/>
              </w:rPr>
              <w:t>Committees</w:t>
            </w:r>
          </w:p>
        </w:tc>
        <w:tc>
          <w:tcPr>
            <w:tcW w:w="2520" w:type="dxa"/>
          </w:tcPr>
          <w:p w14:paraId="07ED7E4D" w14:textId="77777777" w:rsidR="001D5D6F" w:rsidRPr="00397F27" w:rsidRDefault="00000000" w:rsidP="00397F27">
            <w:pPr>
              <w:spacing w:before="240"/>
              <w:rPr>
                <w:sz w:val="24"/>
                <w:szCs w:val="24"/>
              </w:rPr>
            </w:pPr>
            <w:r w:rsidRPr="00397F27">
              <w:rPr>
                <w:sz w:val="24"/>
                <w:szCs w:val="24"/>
              </w:rPr>
              <w:t>☐</w:t>
            </w:r>
          </w:p>
        </w:tc>
        <w:tc>
          <w:tcPr>
            <w:tcW w:w="2520" w:type="dxa"/>
          </w:tcPr>
          <w:p w14:paraId="3D12FD74" w14:textId="77777777" w:rsidR="001D5D6F" w:rsidRPr="00397F27" w:rsidRDefault="00000000" w:rsidP="00397F27">
            <w:pPr>
              <w:spacing w:before="240"/>
              <w:rPr>
                <w:sz w:val="24"/>
                <w:szCs w:val="24"/>
              </w:rPr>
            </w:pPr>
            <w:r w:rsidRPr="00397F27">
              <w:rPr>
                <w:sz w:val="24"/>
                <w:szCs w:val="24"/>
              </w:rPr>
              <w:t>☐</w:t>
            </w:r>
          </w:p>
        </w:tc>
        <w:tc>
          <w:tcPr>
            <w:tcW w:w="2520" w:type="dxa"/>
          </w:tcPr>
          <w:p w14:paraId="1C922ECC" w14:textId="77777777" w:rsidR="001D5D6F" w:rsidRPr="00397F27" w:rsidRDefault="00000000" w:rsidP="00397F27">
            <w:pPr>
              <w:spacing w:before="240"/>
              <w:rPr>
                <w:sz w:val="24"/>
                <w:szCs w:val="24"/>
              </w:rPr>
            </w:pPr>
            <w:r w:rsidRPr="00397F27">
              <w:rPr>
                <w:sz w:val="24"/>
                <w:szCs w:val="24"/>
              </w:rPr>
              <w:t>☐</w:t>
            </w:r>
          </w:p>
        </w:tc>
      </w:tr>
      <w:tr w:rsidR="001D5D6F" w:rsidRPr="00397F27" w14:paraId="6A29F474" w14:textId="77777777">
        <w:tc>
          <w:tcPr>
            <w:tcW w:w="2520" w:type="dxa"/>
          </w:tcPr>
          <w:p w14:paraId="162E14A1" w14:textId="77777777" w:rsidR="001D5D6F" w:rsidRPr="00397F27" w:rsidRDefault="00000000" w:rsidP="00397F27">
            <w:pPr>
              <w:spacing w:before="240"/>
              <w:rPr>
                <w:sz w:val="24"/>
                <w:szCs w:val="24"/>
              </w:rPr>
            </w:pPr>
            <w:r w:rsidRPr="00397F27">
              <w:rPr>
                <w:sz w:val="24"/>
                <w:szCs w:val="24"/>
              </w:rPr>
              <w:t>Student programs</w:t>
            </w:r>
          </w:p>
        </w:tc>
        <w:tc>
          <w:tcPr>
            <w:tcW w:w="2520" w:type="dxa"/>
          </w:tcPr>
          <w:p w14:paraId="00DA1712" w14:textId="77777777" w:rsidR="001D5D6F" w:rsidRPr="00397F27" w:rsidRDefault="00000000" w:rsidP="00397F27">
            <w:pPr>
              <w:spacing w:before="240"/>
              <w:rPr>
                <w:sz w:val="24"/>
                <w:szCs w:val="24"/>
              </w:rPr>
            </w:pPr>
            <w:r w:rsidRPr="00397F27">
              <w:rPr>
                <w:sz w:val="24"/>
                <w:szCs w:val="24"/>
              </w:rPr>
              <w:t>☐</w:t>
            </w:r>
          </w:p>
        </w:tc>
        <w:tc>
          <w:tcPr>
            <w:tcW w:w="2520" w:type="dxa"/>
          </w:tcPr>
          <w:p w14:paraId="49B3B1F4" w14:textId="77777777" w:rsidR="001D5D6F" w:rsidRPr="00397F27" w:rsidRDefault="00000000" w:rsidP="00397F27">
            <w:pPr>
              <w:spacing w:before="240"/>
              <w:rPr>
                <w:sz w:val="24"/>
                <w:szCs w:val="24"/>
              </w:rPr>
            </w:pPr>
            <w:r w:rsidRPr="00397F27">
              <w:rPr>
                <w:sz w:val="24"/>
                <w:szCs w:val="24"/>
              </w:rPr>
              <w:t>☐</w:t>
            </w:r>
          </w:p>
        </w:tc>
        <w:tc>
          <w:tcPr>
            <w:tcW w:w="2520" w:type="dxa"/>
          </w:tcPr>
          <w:p w14:paraId="0DBEC220" w14:textId="77777777" w:rsidR="001D5D6F" w:rsidRPr="00397F27" w:rsidRDefault="00000000" w:rsidP="00397F27">
            <w:pPr>
              <w:spacing w:before="240"/>
              <w:rPr>
                <w:sz w:val="24"/>
                <w:szCs w:val="24"/>
              </w:rPr>
            </w:pPr>
            <w:r w:rsidRPr="00397F27">
              <w:rPr>
                <w:sz w:val="24"/>
                <w:szCs w:val="24"/>
              </w:rPr>
              <w:t>☐</w:t>
            </w:r>
          </w:p>
        </w:tc>
      </w:tr>
      <w:tr w:rsidR="001D5D6F" w:rsidRPr="00397F27" w14:paraId="5A0E75F3" w14:textId="77777777">
        <w:tc>
          <w:tcPr>
            <w:tcW w:w="2520" w:type="dxa"/>
          </w:tcPr>
          <w:p w14:paraId="6693F422" w14:textId="77777777" w:rsidR="001D5D6F" w:rsidRPr="00397F27" w:rsidRDefault="00000000" w:rsidP="00397F27">
            <w:pPr>
              <w:spacing w:before="240"/>
              <w:rPr>
                <w:sz w:val="24"/>
                <w:szCs w:val="24"/>
              </w:rPr>
            </w:pPr>
            <w:r w:rsidRPr="00397F27">
              <w:rPr>
                <w:sz w:val="24"/>
                <w:szCs w:val="24"/>
              </w:rPr>
              <w:t>Elections</w:t>
            </w:r>
          </w:p>
        </w:tc>
        <w:tc>
          <w:tcPr>
            <w:tcW w:w="2520" w:type="dxa"/>
          </w:tcPr>
          <w:p w14:paraId="5509AF11" w14:textId="77777777" w:rsidR="001D5D6F" w:rsidRPr="00397F27" w:rsidRDefault="00000000" w:rsidP="00397F27">
            <w:pPr>
              <w:spacing w:before="240"/>
              <w:rPr>
                <w:sz w:val="24"/>
                <w:szCs w:val="24"/>
              </w:rPr>
            </w:pPr>
            <w:r w:rsidRPr="00397F27">
              <w:rPr>
                <w:sz w:val="24"/>
                <w:szCs w:val="24"/>
              </w:rPr>
              <w:t>☐</w:t>
            </w:r>
          </w:p>
        </w:tc>
        <w:tc>
          <w:tcPr>
            <w:tcW w:w="2520" w:type="dxa"/>
          </w:tcPr>
          <w:p w14:paraId="6F8DFC89" w14:textId="77777777" w:rsidR="001D5D6F" w:rsidRPr="00397F27" w:rsidRDefault="00000000" w:rsidP="00397F27">
            <w:pPr>
              <w:spacing w:before="240"/>
              <w:rPr>
                <w:sz w:val="24"/>
                <w:szCs w:val="24"/>
              </w:rPr>
            </w:pPr>
            <w:r w:rsidRPr="00397F27">
              <w:rPr>
                <w:sz w:val="24"/>
                <w:szCs w:val="24"/>
              </w:rPr>
              <w:t>☐</w:t>
            </w:r>
          </w:p>
        </w:tc>
        <w:tc>
          <w:tcPr>
            <w:tcW w:w="2520" w:type="dxa"/>
          </w:tcPr>
          <w:p w14:paraId="351DFA0C" w14:textId="77777777" w:rsidR="001D5D6F" w:rsidRPr="00397F27" w:rsidRDefault="00000000" w:rsidP="00397F27">
            <w:pPr>
              <w:spacing w:before="240"/>
              <w:rPr>
                <w:sz w:val="24"/>
                <w:szCs w:val="24"/>
              </w:rPr>
            </w:pPr>
            <w:r w:rsidRPr="00397F27">
              <w:rPr>
                <w:sz w:val="24"/>
                <w:szCs w:val="24"/>
              </w:rPr>
              <w:t>☐</w:t>
            </w:r>
          </w:p>
        </w:tc>
      </w:tr>
      <w:tr w:rsidR="001D5D6F" w:rsidRPr="00397F27" w14:paraId="74FE22DC" w14:textId="77777777">
        <w:tc>
          <w:tcPr>
            <w:tcW w:w="2520" w:type="dxa"/>
          </w:tcPr>
          <w:p w14:paraId="77CFD213" w14:textId="77777777" w:rsidR="001D5D6F" w:rsidRPr="00397F27" w:rsidRDefault="00000000" w:rsidP="00397F27">
            <w:pPr>
              <w:spacing w:before="240"/>
              <w:rPr>
                <w:sz w:val="24"/>
                <w:szCs w:val="24"/>
              </w:rPr>
            </w:pPr>
            <w:r w:rsidRPr="00397F27">
              <w:rPr>
                <w:sz w:val="24"/>
                <w:szCs w:val="24"/>
              </w:rPr>
              <w:t>Other</w:t>
            </w:r>
          </w:p>
        </w:tc>
        <w:tc>
          <w:tcPr>
            <w:tcW w:w="2520" w:type="dxa"/>
          </w:tcPr>
          <w:p w14:paraId="7ABB2B32" w14:textId="77777777" w:rsidR="001D5D6F" w:rsidRPr="00397F27" w:rsidRDefault="00000000" w:rsidP="00397F27">
            <w:pPr>
              <w:spacing w:before="240"/>
              <w:rPr>
                <w:sz w:val="24"/>
                <w:szCs w:val="24"/>
              </w:rPr>
            </w:pPr>
            <w:r w:rsidRPr="00397F27">
              <w:rPr>
                <w:sz w:val="24"/>
                <w:szCs w:val="24"/>
              </w:rPr>
              <w:t>☐</w:t>
            </w:r>
          </w:p>
        </w:tc>
        <w:tc>
          <w:tcPr>
            <w:tcW w:w="2520" w:type="dxa"/>
          </w:tcPr>
          <w:p w14:paraId="79750696" w14:textId="77777777" w:rsidR="001D5D6F" w:rsidRPr="00397F27" w:rsidRDefault="00000000" w:rsidP="00397F27">
            <w:pPr>
              <w:spacing w:before="240"/>
              <w:rPr>
                <w:sz w:val="24"/>
                <w:szCs w:val="24"/>
              </w:rPr>
            </w:pPr>
            <w:r w:rsidRPr="00397F27">
              <w:rPr>
                <w:sz w:val="24"/>
                <w:szCs w:val="24"/>
              </w:rPr>
              <w:t>☐</w:t>
            </w:r>
          </w:p>
        </w:tc>
        <w:tc>
          <w:tcPr>
            <w:tcW w:w="2520" w:type="dxa"/>
          </w:tcPr>
          <w:p w14:paraId="198A9837" w14:textId="77777777" w:rsidR="001D5D6F" w:rsidRPr="00397F27" w:rsidRDefault="00000000" w:rsidP="00397F27">
            <w:pPr>
              <w:spacing w:before="240"/>
              <w:rPr>
                <w:sz w:val="24"/>
                <w:szCs w:val="24"/>
              </w:rPr>
            </w:pPr>
            <w:r w:rsidRPr="00397F27">
              <w:rPr>
                <w:sz w:val="24"/>
                <w:szCs w:val="24"/>
              </w:rPr>
              <w:t>☐</w:t>
            </w:r>
          </w:p>
        </w:tc>
      </w:tr>
    </w:tbl>
    <w:p w14:paraId="548C4A8E" w14:textId="77777777" w:rsidR="001D5D6F" w:rsidRPr="00397F27" w:rsidRDefault="00000000" w:rsidP="00397F27">
      <w:pPr>
        <w:spacing w:before="240"/>
        <w:rPr>
          <w:sz w:val="24"/>
          <w:szCs w:val="24"/>
        </w:rPr>
      </w:pPr>
      <w:r w:rsidRPr="00397F27">
        <w:rPr>
          <w:sz w:val="24"/>
          <w:szCs w:val="24"/>
        </w:rPr>
        <w:t>This is where you may discover that your SG has less authority than you thought.</w:t>
      </w:r>
    </w:p>
    <w:p w14:paraId="25151483" w14:textId="77777777" w:rsidR="001D5D6F" w:rsidRPr="00397F27" w:rsidRDefault="00000000" w:rsidP="00397F27">
      <w:pPr>
        <w:spacing w:before="240"/>
        <w:rPr>
          <w:sz w:val="24"/>
          <w:szCs w:val="24"/>
        </w:rPr>
      </w:pPr>
      <w:r w:rsidRPr="00397F27">
        <w:rPr>
          <w:sz w:val="24"/>
          <w:szCs w:val="24"/>
        </w:rPr>
        <w:t xml:space="preserve">You may discover the opposite. Your SG may have authority that it isn't </w:t>
      </w:r>
      <w:proofErr w:type="gramStart"/>
      <w:r w:rsidRPr="00397F27">
        <w:rPr>
          <w:sz w:val="24"/>
          <w:szCs w:val="24"/>
        </w:rPr>
        <w:t>using</w:t>
      </w:r>
      <w:proofErr w:type="gramEnd"/>
      <w:r w:rsidRPr="00397F27">
        <w:rPr>
          <w:sz w:val="24"/>
          <w:szCs w:val="24"/>
        </w:rPr>
        <w:t>.</w:t>
      </w:r>
    </w:p>
    <w:p w14:paraId="34C0A0C9" w14:textId="77777777" w:rsidR="001D5D6F" w:rsidRPr="00397F27" w:rsidRDefault="00000000" w:rsidP="00397F27">
      <w:pPr>
        <w:pStyle w:val="Heading1"/>
        <w:spacing w:before="240"/>
        <w:rPr>
          <w:sz w:val="56"/>
          <w:szCs w:val="56"/>
        </w:rPr>
      </w:pPr>
      <w:r w:rsidRPr="00397F27">
        <w:rPr>
          <w:sz w:val="56"/>
          <w:szCs w:val="56"/>
        </w:rPr>
        <w:t>PART 6: FIND THE GAPS</w:t>
      </w:r>
    </w:p>
    <w:p w14:paraId="5CE50587" w14:textId="77777777" w:rsidR="001D5D6F" w:rsidRPr="00397F27" w:rsidRDefault="00000000" w:rsidP="00397F27">
      <w:pPr>
        <w:spacing w:before="240"/>
        <w:rPr>
          <w:sz w:val="24"/>
          <w:szCs w:val="24"/>
        </w:rPr>
      </w:pPr>
      <w:r w:rsidRPr="00397F27">
        <w:rPr>
          <w:sz w:val="24"/>
          <w:szCs w:val="24"/>
        </w:rPr>
        <w:t>Where does your SG have clear authority?</w:t>
      </w:r>
    </w:p>
    <w:p w14:paraId="5911E2F5" w14:textId="77777777" w:rsidR="001D5D6F" w:rsidRPr="00397F27" w:rsidRDefault="00000000" w:rsidP="00397F27">
      <w:pPr>
        <w:spacing w:before="240"/>
        <w:rPr>
          <w:sz w:val="24"/>
          <w:szCs w:val="24"/>
        </w:rPr>
      </w:pPr>
      <w:r w:rsidRPr="00397F27">
        <w:rPr>
          <w:sz w:val="24"/>
          <w:szCs w:val="24"/>
        </w:rPr>
        <w:t>____________________________________________________________</w:t>
      </w:r>
      <w:r w:rsidRPr="00397F27">
        <w:rPr>
          <w:sz w:val="24"/>
          <w:szCs w:val="24"/>
        </w:rPr>
        <w:br/>
        <w:t>____________________________________________________________</w:t>
      </w:r>
    </w:p>
    <w:p w14:paraId="1E3CC5D2" w14:textId="77777777" w:rsidR="001D5D6F" w:rsidRPr="00397F27" w:rsidRDefault="00000000" w:rsidP="00397F27">
      <w:pPr>
        <w:spacing w:before="240"/>
        <w:rPr>
          <w:sz w:val="24"/>
          <w:szCs w:val="24"/>
        </w:rPr>
      </w:pPr>
      <w:r w:rsidRPr="00397F27">
        <w:rPr>
          <w:sz w:val="24"/>
          <w:szCs w:val="24"/>
        </w:rPr>
        <w:lastRenderedPageBreak/>
        <w:t>Where is your authority unclear?</w:t>
      </w:r>
    </w:p>
    <w:p w14:paraId="1C7DC396" w14:textId="77777777" w:rsidR="001D5D6F" w:rsidRPr="00397F27" w:rsidRDefault="00000000" w:rsidP="00397F27">
      <w:pPr>
        <w:spacing w:before="240"/>
        <w:rPr>
          <w:sz w:val="24"/>
          <w:szCs w:val="24"/>
        </w:rPr>
      </w:pPr>
      <w:r w:rsidRPr="00397F27">
        <w:rPr>
          <w:sz w:val="24"/>
          <w:szCs w:val="24"/>
        </w:rPr>
        <w:t>____________________________________________________________</w:t>
      </w:r>
      <w:r w:rsidRPr="00397F27">
        <w:rPr>
          <w:sz w:val="24"/>
          <w:szCs w:val="24"/>
        </w:rPr>
        <w:br/>
        <w:t>____________________________________________________________</w:t>
      </w:r>
    </w:p>
    <w:p w14:paraId="1FC5111C" w14:textId="77777777" w:rsidR="001D5D6F" w:rsidRPr="00397F27" w:rsidRDefault="00000000" w:rsidP="00397F27">
      <w:pPr>
        <w:spacing w:before="240"/>
        <w:rPr>
          <w:sz w:val="24"/>
          <w:szCs w:val="24"/>
        </w:rPr>
      </w:pPr>
      <w:r w:rsidRPr="00397F27">
        <w:rPr>
          <w:sz w:val="24"/>
          <w:szCs w:val="24"/>
        </w:rPr>
        <w:t>Where does your SG only make recommendations?</w:t>
      </w:r>
    </w:p>
    <w:p w14:paraId="662E1AD0" w14:textId="77777777" w:rsidR="001D5D6F" w:rsidRPr="00397F27" w:rsidRDefault="00000000" w:rsidP="00397F27">
      <w:pPr>
        <w:spacing w:before="240"/>
        <w:rPr>
          <w:sz w:val="24"/>
          <w:szCs w:val="24"/>
        </w:rPr>
      </w:pPr>
      <w:r w:rsidRPr="00397F27">
        <w:rPr>
          <w:sz w:val="24"/>
          <w:szCs w:val="24"/>
        </w:rPr>
        <w:t>____________________________________________________________</w:t>
      </w:r>
      <w:r w:rsidRPr="00397F27">
        <w:rPr>
          <w:sz w:val="24"/>
          <w:szCs w:val="24"/>
        </w:rPr>
        <w:br/>
        <w:t>____________________________________________________________</w:t>
      </w:r>
    </w:p>
    <w:p w14:paraId="11C78DE2" w14:textId="77777777" w:rsidR="001D5D6F" w:rsidRPr="00397F27" w:rsidRDefault="00000000" w:rsidP="00397F27">
      <w:pPr>
        <w:spacing w:before="240"/>
        <w:rPr>
          <w:sz w:val="24"/>
          <w:szCs w:val="24"/>
        </w:rPr>
      </w:pPr>
      <w:r w:rsidRPr="00397F27">
        <w:rPr>
          <w:sz w:val="24"/>
          <w:szCs w:val="24"/>
        </w:rPr>
        <w:t>Where does your SG have final authority?</w:t>
      </w:r>
    </w:p>
    <w:p w14:paraId="2F9AD54B" w14:textId="77777777" w:rsidR="001D5D6F" w:rsidRPr="00397F27" w:rsidRDefault="00000000" w:rsidP="00397F27">
      <w:pPr>
        <w:spacing w:before="240"/>
        <w:rPr>
          <w:sz w:val="24"/>
          <w:szCs w:val="24"/>
        </w:rPr>
      </w:pPr>
      <w:r w:rsidRPr="00397F27">
        <w:rPr>
          <w:sz w:val="24"/>
          <w:szCs w:val="24"/>
        </w:rPr>
        <w:t>____________________________________________________________</w:t>
      </w:r>
      <w:r w:rsidRPr="00397F27">
        <w:rPr>
          <w:sz w:val="24"/>
          <w:szCs w:val="24"/>
        </w:rPr>
        <w:br/>
        <w:t>____________________________________________________________</w:t>
      </w:r>
    </w:p>
    <w:p w14:paraId="61F56EF1" w14:textId="77777777" w:rsidR="001D5D6F" w:rsidRPr="00397F27" w:rsidRDefault="00000000" w:rsidP="00397F27">
      <w:pPr>
        <w:spacing w:before="240"/>
        <w:rPr>
          <w:sz w:val="24"/>
          <w:szCs w:val="24"/>
        </w:rPr>
      </w:pPr>
      <w:r w:rsidRPr="00397F27">
        <w:rPr>
          <w:sz w:val="24"/>
          <w:szCs w:val="24"/>
        </w:rPr>
        <w:t>What authority does your SG have but rarely use?</w:t>
      </w:r>
    </w:p>
    <w:p w14:paraId="1FAE0572" w14:textId="77777777" w:rsidR="001D5D6F" w:rsidRPr="00397F27" w:rsidRDefault="00000000" w:rsidP="00397F27">
      <w:pPr>
        <w:spacing w:before="240"/>
        <w:rPr>
          <w:sz w:val="24"/>
          <w:szCs w:val="24"/>
        </w:rPr>
      </w:pPr>
      <w:r w:rsidRPr="00397F27">
        <w:rPr>
          <w:sz w:val="24"/>
          <w:szCs w:val="24"/>
        </w:rPr>
        <w:t>____________________________________________________________</w:t>
      </w:r>
      <w:r w:rsidRPr="00397F27">
        <w:rPr>
          <w:sz w:val="24"/>
          <w:szCs w:val="24"/>
        </w:rPr>
        <w:br/>
        <w:t>____________________________________________________________</w:t>
      </w:r>
    </w:p>
    <w:p w14:paraId="72139D7C" w14:textId="77777777" w:rsidR="001D5D6F" w:rsidRPr="00397F27" w:rsidRDefault="00000000" w:rsidP="00397F27">
      <w:pPr>
        <w:spacing w:before="240"/>
        <w:rPr>
          <w:sz w:val="24"/>
          <w:szCs w:val="24"/>
        </w:rPr>
      </w:pPr>
      <w:r w:rsidRPr="00397F27">
        <w:rPr>
          <w:sz w:val="24"/>
          <w:szCs w:val="24"/>
        </w:rPr>
        <w:t>What authority does your SG believe it should have but doesn't?</w:t>
      </w:r>
    </w:p>
    <w:p w14:paraId="758D8B4A" w14:textId="77777777" w:rsidR="001D5D6F" w:rsidRPr="00397F27" w:rsidRDefault="00000000" w:rsidP="00397F27">
      <w:pPr>
        <w:spacing w:before="240"/>
        <w:rPr>
          <w:sz w:val="24"/>
          <w:szCs w:val="24"/>
        </w:rPr>
      </w:pPr>
      <w:r w:rsidRPr="00397F27">
        <w:rPr>
          <w:sz w:val="24"/>
          <w:szCs w:val="24"/>
        </w:rPr>
        <w:t>____________________________________________________________</w:t>
      </w:r>
      <w:r w:rsidRPr="00397F27">
        <w:rPr>
          <w:sz w:val="24"/>
          <w:szCs w:val="24"/>
        </w:rPr>
        <w:br/>
        <w:t>____________________________________________________________</w:t>
      </w:r>
    </w:p>
    <w:p w14:paraId="52258FCA" w14:textId="77777777" w:rsidR="001D5D6F" w:rsidRPr="00397F27" w:rsidRDefault="00000000" w:rsidP="00397F27">
      <w:pPr>
        <w:pStyle w:val="Heading1"/>
        <w:spacing w:before="240"/>
        <w:rPr>
          <w:sz w:val="56"/>
          <w:szCs w:val="56"/>
        </w:rPr>
      </w:pPr>
      <w:r w:rsidRPr="00397F27">
        <w:rPr>
          <w:sz w:val="56"/>
          <w:szCs w:val="56"/>
        </w:rPr>
        <w:t>PART 7: PROVE YOUR AUTHORITY</w:t>
      </w:r>
    </w:p>
    <w:p w14:paraId="060A269B" w14:textId="77777777" w:rsidR="001D5D6F" w:rsidRPr="00397F27" w:rsidRDefault="00000000" w:rsidP="00397F27">
      <w:pPr>
        <w:spacing w:before="240"/>
        <w:rPr>
          <w:sz w:val="24"/>
          <w:szCs w:val="24"/>
        </w:rPr>
      </w:pPr>
      <w:r w:rsidRPr="00397F27">
        <w:rPr>
          <w:sz w:val="24"/>
          <w:szCs w:val="24"/>
        </w:rPr>
        <w:t>For your five most important areas of authority, identify the actual source.</w:t>
      </w:r>
    </w:p>
    <w:tbl>
      <w:tblPr>
        <w:tblW w:w="0" w:type="auto"/>
        <w:tblLook w:val="04A0" w:firstRow="1" w:lastRow="0" w:firstColumn="1" w:lastColumn="0" w:noHBand="0" w:noVBand="1"/>
      </w:tblPr>
      <w:tblGrid>
        <w:gridCol w:w="2520"/>
        <w:gridCol w:w="2520"/>
        <w:gridCol w:w="2520"/>
        <w:gridCol w:w="2520"/>
      </w:tblGrid>
      <w:tr w:rsidR="001D5D6F" w:rsidRPr="00397F27" w14:paraId="2275C654" w14:textId="77777777">
        <w:tc>
          <w:tcPr>
            <w:tcW w:w="2520" w:type="dxa"/>
          </w:tcPr>
          <w:p w14:paraId="4E77C334" w14:textId="77777777" w:rsidR="001D5D6F" w:rsidRPr="00397F27" w:rsidRDefault="00000000" w:rsidP="00397F27">
            <w:pPr>
              <w:spacing w:before="240"/>
              <w:rPr>
                <w:sz w:val="24"/>
                <w:szCs w:val="24"/>
              </w:rPr>
            </w:pPr>
            <w:r w:rsidRPr="00397F27">
              <w:rPr>
                <w:sz w:val="24"/>
                <w:szCs w:val="24"/>
              </w:rPr>
              <w:t>Authority</w:t>
            </w:r>
          </w:p>
        </w:tc>
        <w:tc>
          <w:tcPr>
            <w:tcW w:w="2520" w:type="dxa"/>
          </w:tcPr>
          <w:p w14:paraId="638872E3" w14:textId="77777777" w:rsidR="001D5D6F" w:rsidRPr="00397F27" w:rsidRDefault="00000000" w:rsidP="00397F27">
            <w:pPr>
              <w:spacing w:before="240"/>
              <w:rPr>
                <w:sz w:val="24"/>
                <w:szCs w:val="24"/>
              </w:rPr>
            </w:pPr>
            <w:r w:rsidRPr="00397F27">
              <w:rPr>
                <w:sz w:val="24"/>
                <w:szCs w:val="24"/>
              </w:rPr>
              <w:t>Source</w:t>
            </w:r>
          </w:p>
        </w:tc>
        <w:tc>
          <w:tcPr>
            <w:tcW w:w="2520" w:type="dxa"/>
          </w:tcPr>
          <w:p w14:paraId="04AC55DF" w14:textId="77777777" w:rsidR="001D5D6F" w:rsidRPr="00397F27" w:rsidRDefault="00000000" w:rsidP="00397F27">
            <w:pPr>
              <w:spacing w:before="240"/>
              <w:rPr>
                <w:sz w:val="24"/>
                <w:szCs w:val="24"/>
              </w:rPr>
            </w:pPr>
            <w:r w:rsidRPr="00397F27">
              <w:rPr>
                <w:sz w:val="24"/>
                <w:szCs w:val="24"/>
              </w:rPr>
              <w:t>Section / Page</w:t>
            </w:r>
          </w:p>
        </w:tc>
        <w:tc>
          <w:tcPr>
            <w:tcW w:w="2520" w:type="dxa"/>
          </w:tcPr>
          <w:p w14:paraId="6266F299" w14:textId="77777777" w:rsidR="001D5D6F" w:rsidRPr="00397F27" w:rsidRDefault="00000000" w:rsidP="00397F27">
            <w:pPr>
              <w:spacing w:before="240"/>
              <w:rPr>
                <w:sz w:val="24"/>
                <w:szCs w:val="24"/>
              </w:rPr>
            </w:pPr>
            <w:r w:rsidRPr="00397F27">
              <w:rPr>
                <w:sz w:val="24"/>
                <w:szCs w:val="24"/>
              </w:rPr>
              <w:t>Final Authority?</w:t>
            </w:r>
          </w:p>
        </w:tc>
      </w:tr>
      <w:tr w:rsidR="001D5D6F" w:rsidRPr="00397F27" w14:paraId="1D7A50C2" w14:textId="77777777">
        <w:tc>
          <w:tcPr>
            <w:tcW w:w="2520" w:type="dxa"/>
          </w:tcPr>
          <w:p w14:paraId="1B4649D4" w14:textId="77777777" w:rsidR="001D5D6F" w:rsidRPr="00397F27" w:rsidRDefault="00000000" w:rsidP="00397F27">
            <w:pPr>
              <w:spacing w:before="240"/>
              <w:rPr>
                <w:sz w:val="24"/>
                <w:szCs w:val="24"/>
              </w:rPr>
            </w:pPr>
            <w:r w:rsidRPr="00397F27">
              <w:rPr>
                <w:sz w:val="24"/>
                <w:szCs w:val="24"/>
              </w:rPr>
              <w:t>________________</w:t>
            </w:r>
          </w:p>
        </w:tc>
        <w:tc>
          <w:tcPr>
            <w:tcW w:w="2520" w:type="dxa"/>
          </w:tcPr>
          <w:p w14:paraId="728AFE2A" w14:textId="77777777" w:rsidR="001D5D6F" w:rsidRPr="00397F27" w:rsidRDefault="00000000" w:rsidP="00397F27">
            <w:pPr>
              <w:spacing w:before="240"/>
              <w:rPr>
                <w:sz w:val="24"/>
                <w:szCs w:val="24"/>
              </w:rPr>
            </w:pPr>
            <w:r w:rsidRPr="00397F27">
              <w:rPr>
                <w:sz w:val="24"/>
                <w:szCs w:val="24"/>
              </w:rPr>
              <w:t>________________</w:t>
            </w:r>
          </w:p>
        </w:tc>
        <w:tc>
          <w:tcPr>
            <w:tcW w:w="2520" w:type="dxa"/>
          </w:tcPr>
          <w:p w14:paraId="59457B48" w14:textId="77777777" w:rsidR="001D5D6F" w:rsidRPr="00397F27" w:rsidRDefault="00000000" w:rsidP="00397F27">
            <w:pPr>
              <w:spacing w:before="240"/>
              <w:rPr>
                <w:sz w:val="24"/>
                <w:szCs w:val="24"/>
              </w:rPr>
            </w:pPr>
            <w:r w:rsidRPr="00397F27">
              <w:rPr>
                <w:sz w:val="24"/>
                <w:szCs w:val="24"/>
              </w:rPr>
              <w:t>____________</w:t>
            </w:r>
          </w:p>
        </w:tc>
        <w:tc>
          <w:tcPr>
            <w:tcW w:w="2520" w:type="dxa"/>
          </w:tcPr>
          <w:p w14:paraId="599753E5" w14:textId="77777777" w:rsidR="001D5D6F" w:rsidRPr="00397F27" w:rsidRDefault="00000000" w:rsidP="00397F27">
            <w:pPr>
              <w:spacing w:before="240"/>
              <w:rPr>
                <w:sz w:val="24"/>
                <w:szCs w:val="24"/>
              </w:rPr>
            </w:pPr>
            <w:r w:rsidRPr="00397F27">
              <w:rPr>
                <w:sz w:val="24"/>
                <w:szCs w:val="24"/>
              </w:rPr>
              <w:t>☐ Yes   ☐ No</w:t>
            </w:r>
          </w:p>
        </w:tc>
      </w:tr>
      <w:tr w:rsidR="001D5D6F" w:rsidRPr="00397F27" w14:paraId="767D5500" w14:textId="77777777">
        <w:tc>
          <w:tcPr>
            <w:tcW w:w="2520" w:type="dxa"/>
          </w:tcPr>
          <w:p w14:paraId="7878F0C6" w14:textId="77777777" w:rsidR="001D5D6F" w:rsidRPr="00397F27" w:rsidRDefault="00000000" w:rsidP="00397F27">
            <w:pPr>
              <w:spacing w:before="240"/>
              <w:rPr>
                <w:sz w:val="24"/>
                <w:szCs w:val="24"/>
              </w:rPr>
            </w:pPr>
            <w:r w:rsidRPr="00397F27">
              <w:rPr>
                <w:sz w:val="24"/>
                <w:szCs w:val="24"/>
              </w:rPr>
              <w:t>________________</w:t>
            </w:r>
          </w:p>
        </w:tc>
        <w:tc>
          <w:tcPr>
            <w:tcW w:w="2520" w:type="dxa"/>
          </w:tcPr>
          <w:p w14:paraId="52B9D503" w14:textId="77777777" w:rsidR="001D5D6F" w:rsidRPr="00397F27" w:rsidRDefault="00000000" w:rsidP="00397F27">
            <w:pPr>
              <w:spacing w:before="240"/>
              <w:rPr>
                <w:sz w:val="24"/>
                <w:szCs w:val="24"/>
              </w:rPr>
            </w:pPr>
            <w:r w:rsidRPr="00397F27">
              <w:rPr>
                <w:sz w:val="24"/>
                <w:szCs w:val="24"/>
              </w:rPr>
              <w:t>________________</w:t>
            </w:r>
          </w:p>
        </w:tc>
        <w:tc>
          <w:tcPr>
            <w:tcW w:w="2520" w:type="dxa"/>
          </w:tcPr>
          <w:p w14:paraId="3E2DC24F" w14:textId="77777777" w:rsidR="001D5D6F" w:rsidRPr="00397F27" w:rsidRDefault="00000000" w:rsidP="00397F27">
            <w:pPr>
              <w:spacing w:before="240"/>
              <w:rPr>
                <w:sz w:val="24"/>
                <w:szCs w:val="24"/>
              </w:rPr>
            </w:pPr>
            <w:r w:rsidRPr="00397F27">
              <w:rPr>
                <w:sz w:val="24"/>
                <w:szCs w:val="24"/>
              </w:rPr>
              <w:t>____________</w:t>
            </w:r>
          </w:p>
        </w:tc>
        <w:tc>
          <w:tcPr>
            <w:tcW w:w="2520" w:type="dxa"/>
          </w:tcPr>
          <w:p w14:paraId="7C8431F4" w14:textId="77777777" w:rsidR="001D5D6F" w:rsidRPr="00397F27" w:rsidRDefault="00000000" w:rsidP="00397F27">
            <w:pPr>
              <w:spacing w:before="240"/>
              <w:rPr>
                <w:sz w:val="24"/>
                <w:szCs w:val="24"/>
              </w:rPr>
            </w:pPr>
            <w:r w:rsidRPr="00397F27">
              <w:rPr>
                <w:sz w:val="24"/>
                <w:szCs w:val="24"/>
              </w:rPr>
              <w:t>☐ Yes   ☐ No</w:t>
            </w:r>
          </w:p>
        </w:tc>
      </w:tr>
      <w:tr w:rsidR="001D5D6F" w:rsidRPr="00397F27" w14:paraId="6BF0C6A8" w14:textId="77777777">
        <w:tc>
          <w:tcPr>
            <w:tcW w:w="2520" w:type="dxa"/>
          </w:tcPr>
          <w:p w14:paraId="4132C87A" w14:textId="77777777" w:rsidR="001D5D6F" w:rsidRPr="00397F27" w:rsidRDefault="00000000" w:rsidP="00397F27">
            <w:pPr>
              <w:spacing w:before="240"/>
              <w:rPr>
                <w:sz w:val="24"/>
                <w:szCs w:val="24"/>
              </w:rPr>
            </w:pPr>
            <w:r w:rsidRPr="00397F27">
              <w:rPr>
                <w:sz w:val="24"/>
                <w:szCs w:val="24"/>
              </w:rPr>
              <w:t>________________</w:t>
            </w:r>
          </w:p>
        </w:tc>
        <w:tc>
          <w:tcPr>
            <w:tcW w:w="2520" w:type="dxa"/>
          </w:tcPr>
          <w:p w14:paraId="5441C450" w14:textId="77777777" w:rsidR="001D5D6F" w:rsidRPr="00397F27" w:rsidRDefault="00000000" w:rsidP="00397F27">
            <w:pPr>
              <w:spacing w:before="240"/>
              <w:rPr>
                <w:sz w:val="24"/>
                <w:szCs w:val="24"/>
              </w:rPr>
            </w:pPr>
            <w:r w:rsidRPr="00397F27">
              <w:rPr>
                <w:sz w:val="24"/>
                <w:szCs w:val="24"/>
              </w:rPr>
              <w:t>________________</w:t>
            </w:r>
          </w:p>
        </w:tc>
        <w:tc>
          <w:tcPr>
            <w:tcW w:w="2520" w:type="dxa"/>
          </w:tcPr>
          <w:p w14:paraId="7A1522A7" w14:textId="77777777" w:rsidR="001D5D6F" w:rsidRPr="00397F27" w:rsidRDefault="00000000" w:rsidP="00397F27">
            <w:pPr>
              <w:spacing w:before="240"/>
              <w:rPr>
                <w:sz w:val="24"/>
                <w:szCs w:val="24"/>
              </w:rPr>
            </w:pPr>
            <w:r w:rsidRPr="00397F27">
              <w:rPr>
                <w:sz w:val="24"/>
                <w:szCs w:val="24"/>
              </w:rPr>
              <w:t>____________</w:t>
            </w:r>
          </w:p>
        </w:tc>
        <w:tc>
          <w:tcPr>
            <w:tcW w:w="2520" w:type="dxa"/>
          </w:tcPr>
          <w:p w14:paraId="17DF4899" w14:textId="77777777" w:rsidR="001D5D6F" w:rsidRPr="00397F27" w:rsidRDefault="00000000" w:rsidP="00397F27">
            <w:pPr>
              <w:spacing w:before="240"/>
              <w:rPr>
                <w:sz w:val="24"/>
                <w:szCs w:val="24"/>
              </w:rPr>
            </w:pPr>
            <w:r w:rsidRPr="00397F27">
              <w:rPr>
                <w:sz w:val="24"/>
                <w:szCs w:val="24"/>
              </w:rPr>
              <w:t>☐ Yes   ☐ No</w:t>
            </w:r>
          </w:p>
        </w:tc>
      </w:tr>
      <w:tr w:rsidR="001D5D6F" w:rsidRPr="00397F27" w14:paraId="0FEF5F4B" w14:textId="77777777">
        <w:tc>
          <w:tcPr>
            <w:tcW w:w="2520" w:type="dxa"/>
          </w:tcPr>
          <w:p w14:paraId="0F021A43" w14:textId="77777777" w:rsidR="001D5D6F" w:rsidRPr="00397F27" w:rsidRDefault="00000000" w:rsidP="00397F27">
            <w:pPr>
              <w:spacing w:before="240"/>
              <w:rPr>
                <w:sz w:val="24"/>
                <w:szCs w:val="24"/>
              </w:rPr>
            </w:pPr>
            <w:r w:rsidRPr="00397F27">
              <w:rPr>
                <w:sz w:val="24"/>
                <w:szCs w:val="24"/>
              </w:rPr>
              <w:t>________________</w:t>
            </w:r>
          </w:p>
        </w:tc>
        <w:tc>
          <w:tcPr>
            <w:tcW w:w="2520" w:type="dxa"/>
          </w:tcPr>
          <w:p w14:paraId="5EB6404C" w14:textId="77777777" w:rsidR="001D5D6F" w:rsidRPr="00397F27" w:rsidRDefault="00000000" w:rsidP="00397F27">
            <w:pPr>
              <w:spacing w:before="240"/>
              <w:rPr>
                <w:sz w:val="24"/>
                <w:szCs w:val="24"/>
              </w:rPr>
            </w:pPr>
            <w:r w:rsidRPr="00397F27">
              <w:rPr>
                <w:sz w:val="24"/>
                <w:szCs w:val="24"/>
              </w:rPr>
              <w:t>________________</w:t>
            </w:r>
          </w:p>
        </w:tc>
        <w:tc>
          <w:tcPr>
            <w:tcW w:w="2520" w:type="dxa"/>
          </w:tcPr>
          <w:p w14:paraId="10CD9A26" w14:textId="77777777" w:rsidR="001D5D6F" w:rsidRPr="00397F27" w:rsidRDefault="00000000" w:rsidP="00397F27">
            <w:pPr>
              <w:spacing w:before="240"/>
              <w:rPr>
                <w:sz w:val="24"/>
                <w:szCs w:val="24"/>
              </w:rPr>
            </w:pPr>
            <w:r w:rsidRPr="00397F27">
              <w:rPr>
                <w:sz w:val="24"/>
                <w:szCs w:val="24"/>
              </w:rPr>
              <w:t>____________</w:t>
            </w:r>
          </w:p>
        </w:tc>
        <w:tc>
          <w:tcPr>
            <w:tcW w:w="2520" w:type="dxa"/>
          </w:tcPr>
          <w:p w14:paraId="3A9F64EB" w14:textId="77777777" w:rsidR="001D5D6F" w:rsidRPr="00397F27" w:rsidRDefault="00000000" w:rsidP="00397F27">
            <w:pPr>
              <w:spacing w:before="240"/>
              <w:rPr>
                <w:sz w:val="24"/>
                <w:szCs w:val="24"/>
              </w:rPr>
            </w:pPr>
            <w:r w:rsidRPr="00397F27">
              <w:rPr>
                <w:sz w:val="24"/>
                <w:szCs w:val="24"/>
              </w:rPr>
              <w:t>☐ Yes   ☐ No</w:t>
            </w:r>
          </w:p>
        </w:tc>
      </w:tr>
      <w:tr w:rsidR="001D5D6F" w:rsidRPr="00397F27" w14:paraId="72027E2B" w14:textId="77777777">
        <w:tc>
          <w:tcPr>
            <w:tcW w:w="2520" w:type="dxa"/>
          </w:tcPr>
          <w:p w14:paraId="6D278481" w14:textId="77777777" w:rsidR="001D5D6F" w:rsidRPr="00397F27" w:rsidRDefault="00000000" w:rsidP="00397F27">
            <w:pPr>
              <w:spacing w:before="240"/>
              <w:rPr>
                <w:sz w:val="24"/>
                <w:szCs w:val="24"/>
              </w:rPr>
            </w:pPr>
            <w:r w:rsidRPr="00397F27">
              <w:rPr>
                <w:sz w:val="24"/>
                <w:szCs w:val="24"/>
              </w:rPr>
              <w:t>________________</w:t>
            </w:r>
          </w:p>
        </w:tc>
        <w:tc>
          <w:tcPr>
            <w:tcW w:w="2520" w:type="dxa"/>
          </w:tcPr>
          <w:p w14:paraId="201334EA" w14:textId="77777777" w:rsidR="001D5D6F" w:rsidRPr="00397F27" w:rsidRDefault="00000000" w:rsidP="00397F27">
            <w:pPr>
              <w:spacing w:before="240"/>
              <w:rPr>
                <w:sz w:val="24"/>
                <w:szCs w:val="24"/>
              </w:rPr>
            </w:pPr>
            <w:r w:rsidRPr="00397F27">
              <w:rPr>
                <w:sz w:val="24"/>
                <w:szCs w:val="24"/>
              </w:rPr>
              <w:t>________________</w:t>
            </w:r>
          </w:p>
        </w:tc>
        <w:tc>
          <w:tcPr>
            <w:tcW w:w="2520" w:type="dxa"/>
          </w:tcPr>
          <w:p w14:paraId="1BE1A5CA" w14:textId="77777777" w:rsidR="001D5D6F" w:rsidRPr="00397F27" w:rsidRDefault="00000000" w:rsidP="00397F27">
            <w:pPr>
              <w:spacing w:before="240"/>
              <w:rPr>
                <w:sz w:val="24"/>
                <w:szCs w:val="24"/>
              </w:rPr>
            </w:pPr>
            <w:r w:rsidRPr="00397F27">
              <w:rPr>
                <w:sz w:val="24"/>
                <w:szCs w:val="24"/>
              </w:rPr>
              <w:t>____________</w:t>
            </w:r>
          </w:p>
        </w:tc>
        <w:tc>
          <w:tcPr>
            <w:tcW w:w="2520" w:type="dxa"/>
          </w:tcPr>
          <w:p w14:paraId="3AA1F360" w14:textId="77777777" w:rsidR="001D5D6F" w:rsidRPr="00397F27" w:rsidRDefault="00000000" w:rsidP="00397F27">
            <w:pPr>
              <w:spacing w:before="240"/>
              <w:rPr>
                <w:sz w:val="24"/>
                <w:szCs w:val="24"/>
              </w:rPr>
            </w:pPr>
            <w:r w:rsidRPr="00397F27">
              <w:rPr>
                <w:sz w:val="24"/>
                <w:szCs w:val="24"/>
              </w:rPr>
              <w:t>☐ Yes   ☐ No</w:t>
            </w:r>
          </w:p>
        </w:tc>
      </w:tr>
    </w:tbl>
    <w:p w14:paraId="64AF1EB8" w14:textId="77777777" w:rsidR="001D5D6F" w:rsidRPr="00397F27" w:rsidRDefault="00000000" w:rsidP="00397F27">
      <w:pPr>
        <w:spacing w:before="240"/>
        <w:rPr>
          <w:sz w:val="24"/>
          <w:szCs w:val="24"/>
        </w:rPr>
      </w:pPr>
      <w:r w:rsidRPr="00397F27">
        <w:rPr>
          <w:sz w:val="24"/>
          <w:szCs w:val="24"/>
        </w:rPr>
        <w:lastRenderedPageBreak/>
        <w:t>If you can't identify where an important SG authority comes from, you've got something to investigate.</w:t>
      </w:r>
    </w:p>
    <w:p w14:paraId="2D3A76A6" w14:textId="77777777" w:rsidR="001D5D6F" w:rsidRPr="00397F27" w:rsidRDefault="00000000" w:rsidP="00397F27">
      <w:pPr>
        <w:pStyle w:val="Heading1"/>
        <w:spacing w:before="240"/>
        <w:jc w:val="center"/>
        <w:rPr>
          <w:sz w:val="56"/>
          <w:szCs w:val="56"/>
        </w:rPr>
      </w:pPr>
      <w:r w:rsidRPr="00397F27">
        <w:rPr>
          <w:sz w:val="56"/>
          <w:szCs w:val="56"/>
        </w:rPr>
        <w:t>YOUR AUTHORITY SCORECARD</w:t>
      </w:r>
    </w:p>
    <w:p w14:paraId="36E6972C" w14:textId="77777777" w:rsidR="001D5D6F" w:rsidRPr="00397F27" w:rsidRDefault="00000000" w:rsidP="00397F27">
      <w:pPr>
        <w:spacing w:before="240"/>
        <w:rPr>
          <w:sz w:val="24"/>
          <w:szCs w:val="24"/>
        </w:rPr>
      </w:pPr>
      <w:r w:rsidRPr="00397F27">
        <w:rPr>
          <w:sz w:val="24"/>
          <w:szCs w:val="24"/>
        </w:rPr>
        <w:t>Our SG's strongest area of authority is:</w:t>
      </w:r>
    </w:p>
    <w:p w14:paraId="474236CB" w14:textId="77777777" w:rsidR="001D5D6F" w:rsidRPr="00397F27" w:rsidRDefault="00000000" w:rsidP="00397F27">
      <w:pPr>
        <w:spacing w:before="240"/>
        <w:rPr>
          <w:sz w:val="24"/>
          <w:szCs w:val="24"/>
        </w:rPr>
      </w:pPr>
      <w:r w:rsidRPr="00397F27">
        <w:rPr>
          <w:sz w:val="24"/>
          <w:szCs w:val="24"/>
        </w:rPr>
        <w:t>____________________________________________________________</w:t>
      </w:r>
    </w:p>
    <w:p w14:paraId="523CF258" w14:textId="77777777" w:rsidR="001D5D6F" w:rsidRPr="00397F27" w:rsidRDefault="00000000" w:rsidP="00397F27">
      <w:pPr>
        <w:spacing w:before="240"/>
        <w:rPr>
          <w:sz w:val="24"/>
          <w:szCs w:val="24"/>
        </w:rPr>
      </w:pPr>
      <w:r w:rsidRPr="00397F27">
        <w:rPr>
          <w:sz w:val="24"/>
          <w:szCs w:val="24"/>
        </w:rPr>
        <w:t>Our SG's weakest area of authority is:</w:t>
      </w:r>
    </w:p>
    <w:p w14:paraId="072A09B1" w14:textId="77777777" w:rsidR="001D5D6F" w:rsidRPr="00397F27" w:rsidRDefault="00000000" w:rsidP="00397F27">
      <w:pPr>
        <w:spacing w:before="240"/>
        <w:rPr>
          <w:sz w:val="24"/>
          <w:szCs w:val="24"/>
        </w:rPr>
      </w:pPr>
      <w:r w:rsidRPr="00397F27">
        <w:rPr>
          <w:sz w:val="24"/>
          <w:szCs w:val="24"/>
        </w:rPr>
        <w:t>____________________________________________________________</w:t>
      </w:r>
    </w:p>
    <w:p w14:paraId="72C2781B" w14:textId="77777777" w:rsidR="001D5D6F" w:rsidRPr="00397F27" w:rsidRDefault="00000000" w:rsidP="00397F27">
      <w:pPr>
        <w:spacing w:before="240"/>
        <w:rPr>
          <w:sz w:val="24"/>
          <w:szCs w:val="24"/>
        </w:rPr>
      </w:pPr>
      <w:r w:rsidRPr="00397F27">
        <w:rPr>
          <w:sz w:val="24"/>
          <w:szCs w:val="24"/>
        </w:rPr>
        <w:t>The authority we have that we're not using well is:</w:t>
      </w:r>
    </w:p>
    <w:p w14:paraId="2986957A" w14:textId="77777777" w:rsidR="001D5D6F" w:rsidRPr="00397F27" w:rsidRDefault="00000000" w:rsidP="00397F27">
      <w:pPr>
        <w:spacing w:before="240"/>
        <w:rPr>
          <w:sz w:val="24"/>
          <w:szCs w:val="24"/>
        </w:rPr>
      </w:pPr>
      <w:r w:rsidRPr="00397F27">
        <w:rPr>
          <w:sz w:val="24"/>
          <w:szCs w:val="24"/>
        </w:rPr>
        <w:t>____________________________________________________________</w:t>
      </w:r>
    </w:p>
    <w:p w14:paraId="2B2131ED" w14:textId="77777777" w:rsidR="001D5D6F" w:rsidRPr="00397F27" w:rsidRDefault="00000000" w:rsidP="00397F27">
      <w:pPr>
        <w:spacing w:before="240"/>
        <w:rPr>
          <w:sz w:val="24"/>
          <w:szCs w:val="24"/>
        </w:rPr>
      </w:pPr>
      <w:r w:rsidRPr="00397F27">
        <w:rPr>
          <w:sz w:val="24"/>
          <w:szCs w:val="24"/>
        </w:rPr>
        <w:t>The authority we thought we had but couldn't prove is:</w:t>
      </w:r>
    </w:p>
    <w:p w14:paraId="33852B50" w14:textId="77777777" w:rsidR="001D5D6F" w:rsidRPr="00397F27" w:rsidRDefault="00000000" w:rsidP="00397F27">
      <w:pPr>
        <w:spacing w:before="240"/>
        <w:rPr>
          <w:sz w:val="24"/>
          <w:szCs w:val="24"/>
        </w:rPr>
      </w:pPr>
      <w:r w:rsidRPr="00397F27">
        <w:rPr>
          <w:sz w:val="24"/>
          <w:szCs w:val="24"/>
        </w:rPr>
        <w:t>____________________________________________________________</w:t>
      </w:r>
    </w:p>
    <w:p w14:paraId="16DB6A37" w14:textId="77777777" w:rsidR="001D5D6F" w:rsidRPr="00397F27" w:rsidRDefault="00000000" w:rsidP="00397F27">
      <w:pPr>
        <w:spacing w:before="240"/>
        <w:rPr>
          <w:sz w:val="24"/>
          <w:szCs w:val="24"/>
        </w:rPr>
      </w:pPr>
      <w:r w:rsidRPr="00397F27">
        <w:rPr>
          <w:sz w:val="24"/>
          <w:szCs w:val="24"/>
        </w:rPr>
        <w:t>The authority we'd most like to gain is:</w:t>
      </w:r>
    </w:p>
    <w:p w14:paraId="7A8684C3" w14:textId="77777777" w:rsidR="001D5D6F" w:rsidRPr="00397F27" w:rsidRDefault="00000000" w:rsidP="00397F27">
      <w:pPr>
        <w:spacing w:before="240"/>
        <w:rPr>
          <w:sz w:val="24"/>
          <w:szCs w:val="24"/>
        </w:rPr>
      </w:pPr>
      <w:r w:rsidRPr="00397F27">
        <w:rPr>
          <w:sz w:val="24"/>
          <w:szCs w:val="24"/>
        </w:rPr>
        <w:t>____________________________________________________________</w:t>
      </w:r>
    </w:p>
    <w:p w14:paraId="15A0234E" w14:textId="77777777" w:rsidR="001D5D6F" w:rsidRPr="00397F27" w:rsidRDefault="00000000" w:rsidP="00397F27">
      <w:pPr>
        <w:pStyle w:val="Heading1"/>
        <w:spacing w:before="240"/>
        <w:jc w:val="center"/>
        <w:rPr>
          <w:sz w:val="56"/>
          <w:szCs w:val="56"/>
        </w:rPr>
      </w:pPr>
      <w:r w:rsidRPr="00397F27">
        <w:rPr>
          <w:sz w:val="56"/>
          <w:szCs w:val="56"/>
        </w:rPr>
        <w:t>THE BOTTOM LINE</w:t>
      </w:r>
    </w:p>
    <w:p w14:paraId="3B77218E" w14:textId="77777777" w:rsidR="001D5D6F" w:rsidRPr="00397F27" w:rsidRDefault="00000000" w:rsidP="00397F27">
      <w:pPr>
        <w:spacing w:before="240"/>
        <w:rPr>
          <w:sz w:val="24"/>
          <w:szCs w:val="24"/>
        </w:rPr>
      </w:pPr>
      <w:r w:rsidRPr="00397F27">
        <w:rPr>
          <w:b/>
          <w:sz w:val="24"/>
          <w:szCs w:val="24"/>
        </w:rPr>
        <w:t>You don't need to guess how much authority your Student Government has.</w:t>
      </w:r>
    </w:p>
    <w:p w14:paraId="644F2398" w14:textId="77777777" w:rsidR="001D5D6F" w:rsidRPr="00397F27" w:rsidRDefault="00000000" w:rsidP="00397F27">
      <w:pPr>
        <w:spacing w:before="240"/>
        <w:rPr>
          <w:sz w:val="24"/>
          <w:szCs w:val="24"/>
        </w:rPr>
      </w:pPr>
      <w:r w:rsidRPr="00397F27">
        <w:rPr>
          <w:sz w:val="24"/>
          <w:szCs w:val="24"/>
        </w:rPr>
        <w:t>Find it.</w:t>
      </w:r>
    </w:p>
    <w:p w14:paraId="4B156458" w14:textId="77777777" w:rsidR="001D5D6F" w:rsidRPr="00397F27" w:rsidRDefault="00000000" w:rsidP="00397F27">
      <w:pPr>
        <w:spacing w:before="240"/>
        <w:rPr>
          <w:sz w:val="24"/>
          <w:szCs w:val="24"/>
        </w:rPr>
      </w:pPr>
      <w:r w:rsidRPr="00397F27">
        <w:rPr>
          <w:sz w:val="24"/>
          <w:szCs w:val="24"/>
        </w:rPr>
        <w:t xml:space="preserve">Read the law. Read </w:t>
      </w:r>
      <w:proofErr w:type="gramStart"/>
      <w:r w:rsidRPr="00397F27">
        <w:rPr>
          <w:sz w:val="24"/>
          <w:szCs w:val="24"/>
        </w:rPr>
        <w:t>the university</w:t>
      </w:r>
      <w:proofErr w:type="gramEnd"/>
      <w:r w:rsidRPr="00397F27">
        <w:rPr>
          <w:sz w:val="24"/>
          <w:szCs w:val="24"/>
        </w:rPr>
        <w:t xml:space="preserve"> policies. Check the board policies. Read your constitution and bylaws. Look at the student-fee rules. Look at the </w:t>
      </w:r>
      <w:proofErr w:type="gramStart"/>
      <w:r w:rsidRPr="00397F27">
        <w:rPr>
          <w:sz w:val="24"/>
          <w:szCs w:val="24"/>
        </w:rPr>
        <w:t>committee</w:t>
      </w:r>
      <w:proofErr w:type="gramEnd"/>
      <w:r w:rsidRPr="00397F27">
        <w:rPr>
          <w:sz w:val="24"/>
          <w:szCs w:val="24"/>
        </w:rPr>
        <w:t xml:space="preserve"> rules. Look at the rules governing student organizations.</w:t>
      </w:r>
    </w:p>
    <w:p w14:paraId="0EB773EA" w14:textId="77777777" w:rsidR="001D5D6F" w:rsidRPr="00397F27" w:rsidRDefault="00000000" w:rsidP="00397F27">
      <w:pPr>
        <w:spacing w:before="240"/>
        <w:rPr>
          <w:sz w:val="24"/>
          <w:szCs w:val="24"/>
        </w:rPr>
      </w:pPr>
      <w:r w:rsidRPr="00397F27">
        <w:rPr>
          <w:sz w:val="24"/>
          <w:szCs w:val="24"/>
        </w:rPr>
        <w:t>Then ask the most important question:</w:t>
      </w:r>
    </w:p>
    <w:p w14:paraId="2EE699B9" w14:textId="77777777" w:rsidR="001D5D6F" w:rsidRPr="00397F27" w:rsidRDefault="00000000" w:rsidP="00397F27">
      <w:pPr>
        <w:spacing w:before="240"/>
        <w:rPr>
          <w:sz w:val="24"/>
          <w:szCs w:val="24"/>
        </w:rPr>
      </w:pPr>
      <w:r w:rsidRPr="00397F27">
        <w:rPr>
          <w:b/>
          <w:sz w:val="24"/>
          <w:szCs w:val="24"/>
        </w:rPr>
        <w:t>Does our SG recommend the decision, or does our SG make the decision?</w:t>
      </w:r>
    </w:p>
    <w:p w14:paraId="5FA40D25" w14:textId="77777777" w:rsidR="001D5D6F" w:rsidRPr="00397F27" w:rsidRDefault="00000000" w:rsidP="00397F27">
      <w:pPr>
        <w:spacing w:before="240"/>
        <w:rPr>
          <w:sz w:val="24"/>
          <w:szCs w:val="24"/>
        </w:rPr>
      </w:pPr>
      <w:r w:rsidRPr="00397F27">
        <w:rPr>
          <w:sz w:val="24"/>
          <w:szCs w:val="24"/>
        </w:rPr>
        <w:t>That one question will clear up a surprising amount.</w:t>
      </w:r>
    </w:p>
    <w:p w14:paraId="33993476" w14:textId="77777777" w:rsidR="001D5D6F" w:rsidRPr="00397F27" w:rsidRDefault="00000000" w:rsidP="00397F27">
      <w:pPr>
        <w:spacing w:before="240"/>
        <w:rPr>
          <w:sz w:val="24"/>
          <w:szCs w:val="24"/>
        </w:rPr>
      </w:pPr>
      <w:r w:rsidRPr="00397F27">
        <w:rPr>
          <w:b/>
          <w:sz w:val="24"/>
          <w:szCs w:val="24"/>
        </w:rPr>
        <w:t>Know what your SG can do before you try to become more influential.</w:t>
      </w:r>
    </w:p>
    <w:p w14:paraId="177E5B8D" w14:textId="77777777" w:rsidR="001D5D6F" w:rsidRPr="00397F27" w:rsidRDefault="00000000" w:rsidP="00397F27">
      <w:pPr>
        <w:pStyle w:val="Heading1"/>
        <w:spacing w:before="240"/>
        <w:jc w:val="center"/>
        <w:rPr>
          <w:sz w:val="56"/>
          <w:szCs w:val="56"/>
        </w:rPr>
      </w:pPr>
      <w:r w:rsidRPr="00397F27">
        <w:rPr>
          <w:sz w:val="56"/>
          <w:szCs w:val="56"/>
        </w:rPr>
        <w:lastRenderedPageBreak/>
        <w:t>NEXT STEP</w:t>
      </w:r>
    </w:p>
    <w:p w14:paraId="658AEB0A" w14:textId="77777777" w:rsidR="001D5D6F" w:rsidRPr="00397F27" w:rsidRDefault="00000000" w:rsidP="00397F27">
      <w:pPr>
        <w:spacing w:before="240"/>
        <w:rPr>
          <w:sz w:val="24"/>
          <w:szCs w:val="24"/>
        </w:rPr>
      </w:pPr>
      <w:r w:rsidRPr="00397F27">
        <w:rPr>
          <w:sz w:val="24"/>
          <w:szCs w:val="24"/>
        </w:rPr>
        <w:t xml:space="preserve">Now that you know where your authority comes from, find out how much of that authority your SG </w:t>
      </w:r>
      <w:proofErr w:type="gramStart"/>
      <w:r w:rsidRPr="00397F27">
        <w:rPr>
          <w:sz w:val="24"/>
          <w:szCs w:val="24"/>
        </w:rPr>
        <w:t>actually turns</w:t>
      </w:r>
      <w:proofErr w:type="gramEnd"/>
      <w:r w:rsidRPr="00397F27">
        <w:rPr>
          <w:sz w:val="24"/>
          <w:szCs w:val="24"/>
        </w:rPr>
        <w:t xml:space="preserve"> into influence.</w:t>
      </w:r>
    </w:p>
    <w:p w14:paraId="1D67CF07" w14:textId="49C49B57" w:rsidR="001D5D6F" w:rsidRPr="00397F27" w:rsidRDefault="00000000" w:rsidP="00397F27">
      <w:pPr>
        <w:spacing w:before="240"/>
        <w:rPr>
          <w:sz w:val="24"/>
          <w:szCs w:val="24"/>
        </w:rPr>
      </w:pPr>
      <w:r w:rsidRPr="00397F27">
        <w:rPr>
          <w:b/>
          <w:sz w:val="24"/>
          <w:szCs w:val="24"/>
        </w:rPr>
        <w:t>Take the Quick Influence Check →</w:t>
      </w:r>
      <w:r w:rsidR="00397F27">
        <w:rPr>
          <w:b/>
          <w:sz w:val="24"/>
          <w:szCs w:val="24"/>
        </w:rPr>
        <w:t xml:space="preserve"> </w:t>
      </w:r>
      <w:r w:rsidR="00397F27" w:rsidRPr="00397F27">
        <w:rPr>
          <w:b/>
          <w:sz w:val="24"/>
          <w:szCs w:val="24"/>
        </w:rPr>
        <w:t>https://www.asgaonline.com/asga/articles/quick-influence-check-1405</w:t>
      </w:r>
    </w:p>
    <w:p w14:paraId="327E04B4" w14:textId="553EE1AF" w:rsidR="001D5D6F" w:rsidRPr="00397F27" w:rsidRDefault="00000000" w:rsidP="00397F27">
      <w:pPr>
        <w:spacing w:before="240"/>
        <w:rPr>
          <w:sz w:val="24"/>
          <w:szCs w:val="24"/>
        </w:rPr>
      </w:pPr>
      <w:r w:rsidRPr="00397F27">
        <w:rPr>
          <w:b/>
          <w:sz w:val="24"/>
          <w:szCs w:val="24"/>
        </w:rPr>
        <w:t>Take the Enhanced 54-Point Influence Assessment →</w:t>
      </w:r>
      <w:r w:rsidR="00397F27">
        <w:rPr>
          <w:b/>
          <w:sz w:val="24"/>
          <w:szCs w:val="24"/>
        </w:rPr>
        <w:t xml:space="preserve"> </w:t>
      </w:r>
      <w:r w:rsidR="00397F27" w:rsidRPr="00397F27">
        <w:rPr>
          <w:b/>
          <w:sz w:val="24"/>
          <w:szCs w:val="24"/>
        </w:rPr>
        <w:t>https://www.asgaonline.com/asga/articles/grade-your-sgs-influence-1386</w:t>
      </w:r>
    </w:p>
    <w:p w14:paraId="278739F8" w14:textId="77777777" w:rsidR="001D5D6F" w:rsidRPr="00397F27" w:rsidRDefault="001D5D6F" w:rsidP="00397F27">
      <w:pPr>
        <w:spacing w:before="240"/>
        <w:rPr>
          <w:sz w:val="24"/>
          <w:szCs w:val="24"/>
        </w:rPr>
      </w:pPr>
    </w:p>
    <w:p w14:paraId="09C7AB00" w14:textId="77777777" w:rsidR="001D5D6F" w:rsidRPr="00397F27" w:rsidRDefault="00000000" w:rsidP="00397F27">
      <w:pPr>
        <w:spacing w:before="240"/>
        <w:jc w:val="center"/>
        <w:rPr>
          <w:sz w:val="24"/>
          <w:szCs w:val="24"/>
        </w:rPr>
      </w:pPr>
      <w:r w:rsidRPr="00397F27">
        <w:rPr>
          <w:b/>
          <w:sz w:val="24"/>
          <w:szCs w:val="24"/>
        </w:rPr>
        <w:t>American Student Government Association</w:t>
      </w:r>
    </w:p>
    <w:p w14:paraId="4BF7D28D" w14:textId="77777777" w:rsidR="001D5D6F" w:rsidRDefault="00000000" w:rsidP="00397F27">
      <w:pPr>
        <w:spacing w:before="240"/>
        <w:jc w:val="center"/>
      </w:pPr>
      <w:r w:rsidRPr="00397F27">
        <w:rPr>
          <w:sz w:val="24"/>
          <w:szCs w:val="24"/>
        </w:rPr>
        <w:t>www.asgah</w:t>
      </w:r>
      <w:r>
        <w:rPr>
          <w:sz w:val="18"/>
        </w:rPr>
        <w:t>ome.com</w:t>
      </w:r>
    </w:p>
    <w:sectPr w:rsidR="001D5D6F" w:rsidSect="00034616">
      <w:footerReference w:type="default" r:id="rId9"/>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C0C37" w14:textId="77777777" w:rsidR="00A91B34" w:rsidRDefault="00A91B34" w:rsidP="00397F27">
      <w:pPr>
        <w:spacing w:after="0" w:line="240" w:lineRule="auto"/>
      </w:pPr>
      <w:r>
        <w:separator/>
      </w:r>
    </w:p>
  </w:endnote>
  <w:endnote w:type="continuationSeparator" w:id="0">
    <w:p w14:paraId="5CA85C8B" w14:textId="77777777" w:rsidR="00A91B34" w:rsidRDefault="00A91B34" w:rsidP="00397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11B12" w14:textId="77777777" w:rsidR="00397F27" w:rsidRDefault="00397F27">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27AC112B" w14:textId="77777777" w:rsidR="00397F27" w:rsidRDefault="00397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10E29" w14:textId="77777777" w:rsidR="00A91B34" w:rsidRDefault="00A91B34" w:rsidP="00397F27">
      <w:pPr>
        <w:spacing w:after="0" w:line="240" w:lineRule="auto"/>
      </w:pPr>
      <w:r>
        <w:separator/>
      </w:r>
    </w:p>
  </w:footnote>
  <w:footnote w:type="continuationSeparator" w:id="0">
    <w:p w14:paraId="2B8ED210" w14:textId="77777777" w:rsidR="00A91B34" w:rsidRDefault="00A91B34" w:rsidP="00397F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98465544">
    <w:abstractNumId w:val="8"/>
  </w:num>
  <w:num w:numId="2" w16cid:durableId="1871913507">
    <w:abstractNumId w:val="6"/>
  </w:num>
  <w:num w:numId="3" w16cid:durableId="1978103644">
    <w:abstractNumId w:val="5"/>
  </w:num>
  <w:num w:numId="4" w16cid:durableId="172649846">
    <w:abstractNumId w:val="4"/>
  </w:num>
  <w:num w:numId="5" w16cid:durableId="535314457">
    <w:abstractNumId w:val="7"/>
  </w:num>
  <w:num w:numId="6" w16cid:durableId="1593588719">
    <w:abstractNumId w:val="3"/>
  </w:num>
  <w:num w:numId="7" w16cid:durableId="183253152">
    <w:abstractNumId w:val="2"/>
  </w:num>
  <w:num w:numId="8" w16cid:durableId="1592158338">
    <w:abstractNumId w:val="1"/>
  </w:num>
  <w:num w:numId="9" w16cid:durableId="248736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5D6F"/>
    <w:rsid w:val="0029639D"/>
    <w:rsid w:val="00326F90"/>
    <w:rsid w:val="00397F27"/>
    <w:rsid w:val="00857BB6"/>
    <w:rsid w:val="00A91B3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1916B9"/>
  <w14:defaultImageDpi w14:val="300"/>
  <w15:docId w15:val="{C66279F8-DEE1-455B-9406-8FF25DCAC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sz w:val="21"/>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38"/>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00" w:after="100" w:line="240" w:lineRule="auto"/>
      <w:contextualSpacing/>
    </w:pPr>
    <w:rPr>
      <w:rFonts w:asciiTheme="majorHAnsi" w:eastAsiaTheme="majorEastAsia" w:hAnsiTheme="majorHAnsi" w:cstheme="majorBidi"/>
      <w:b/>
      <w:color w:val="17365D" w:themeColor="text2" w:themeShade="BF"/>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1238</Words>
  <Characters>7058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Butch Oxendine</cp:lastModifiedBy>
  <cp:revision>2</cp:revision>
  <dcterms:created xsi:type="dcterms:W3CDTF">2013-12-23T23:15:00Z</dcterms:created>
  <dcterms:modified xsi:type="dcterms:W3CDTF">2026-08-31T21:23:00Z</dcterms:modified>
  <cp:category/>
</cp:coreProperties>
</file>